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E05C1" w14:textId="77777777" w:rsidR="00DE57EF" w:rsidRPr="003565DD" w:rsidRDefault="00000000">
      <w:pPr>
        <w:spacing w:before="40" w:after="80"/>
        <w:jc w:val="center"/>
        <w:rPr>
          <w:lang w:val="lt-LT"/>
        </w:rPr>
      </w:pPr>
      <w:r w:rsidRPr="003565DD">
        <w:rPr>
          <w:rFonts w:ascii="Arial" w:hAnsi="Arial"/>
          <w:b/>
          <w:color w:val="1F3864"/>
          <w:sz w:val="26"/>
          <w:lang w:val="lt-LT"/>
        </w:rPr>
        <w:t>JURBARKO RAJONO SAVIVALDYBĖS 2027–2036 M. STRATEGINIS PLĖTROS PLANAS</w:t>
      </w:r>
    </w:p>
    <w:p w14:paraId="08DF8E0A" w14:textId="77777777" w:rsidR="00DE57EF" w:rsidRPr="003565DD" w:rsidRDefault="00000000">
      <w:pPr>
        <w:spacing w:before="40" w:after="40"/>
        <w:jc w:val="center"/>
        <w:rPr>
          <w:lang w:val="lt-LT"/>
        </w:rPr>
      </w:pPr>
      <w:r w:rsidRPr="003565DD">
        <w:rPr>
          <w:rFonts w:ascii="Arial" w:hAnsi="Arial"/>
          <w:b/>
          <w:color w:val="2E5F9E"/>
          <w:lang w:val="lt-LT"/>
        </w:rPr>
        <w:t>V SKYRIUS · PRIEMONIŲ PLANAS</w:t>
      </w:r>
    </w:p>
    <w:p w14:paraId="0358CFB5" w14:textId="77777777" w:rsidR="00DE57EF" w:rsidRPr="003565DD" w:rsidRDefault="00000000">
      <w:pPr>
        <w:spacing w:before="40" w:after="80"/>
        <w:jc w:val="center"/>
        <w:rPr>
          <w:lang w:val="lt-LT"/>
        </w:rPr>
      </w:pPr>
      <w:r w:rsidRPr="003565DD">
        <w:rPr>
          <w:rFonts w:ascii="Arial" w:hAnsi="Arial"/>
          <w:b/>
          <w:color w:val="555555"/>
          <w:sz w:val="20"/>
          <w:lang w:val="lt-LT"/>
        </w:rPr>
        <w:t>1 lentelė. Savivaldybės plėtros tikslai, uždaviniai, priemonės ir jų stebėsenos rodikliai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50"/>
        <w:gridCol w:w="5173"/>
        <w:gridCol w:w="2372"/>
        <w:gridCol w:w="710"/>
        <w:gridCol w:w="754"/>
        <w:gridCol w:w="3587"/>
        <w:gridCol w:w="1003"/>
        <w:gridCol w:w="1145"/>
      </w:tblGrid>
      <w:tr w:rsidR="00DE57EF" w:rsidRPr="003565DD" w14:paraId="67CEFA3C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31C863E" w14:textId="77777777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t>Tikslo,</w:t>
            </w:r>
            <w:r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br/>
              <w:t>uždavinio,</w:t>
            </w:r>
            <w:r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br/>
              <w:t>priemonės</w:t>
            </w:r>
            <w:r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br/>
              <w:t>kodas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8569AFD" w14:textId="77777777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t>Tikslas, uždavinys, priemonė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D84D688" w14:textId="77777777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t>Koordinatorius</w:t>
            </w:r>
          </w:p>
        </w:tc>
        <w:tc>
          <w:tcPr>
            <w:tcW w:w="1464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C26D8E0" w14:textId="77777777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t>Įgyvendinimo laikotarpis, metais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95AEF6D" w14:textId="57948AED" w:rsidR="00DE57EF" w:rsidRPr="003565DD" w:rsidRDefault="008C782A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t>Stebėsenos rodiklis</w:t>
            </w:r>
            <w:r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br/>
              <w:t>(matavimo vienetai)</w:t>
            </w:r>
          </w:p>
        </w:tc>
        <w:tc>
          <w:tcPr>
            <w:tcW w:w="2148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0A01193" w14:textId="16462F4C" w:rsidR="00DE57EF" w:rsidRPr="003565DD" w:rsidRDefault="008C782A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t>Siektina stebėsenos rodiklio reikšmė</w:t>
            </w:r>
          </w:p>
        </w:tc>
      </w:tr>
      <w:tr w:rsidR="00DE57EF" w:rsidRPr="003565DD" w14:paraId="732E6FFA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A62B4BB" w14:textId="77777777" w:rsidR="00DE57EF" w:rsidRPr="003565DD" w:rsidRDefault="00DE57EF">
            <w:pPr>
              <w:jc w:val="center"/>
              <w:rPr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7BC10C0" w14:textId="77777777" w:rsidR="00DE57EF" w:rsidRPr="003565DD" w:rsidRDefault="00DE57EF">
            <w:pPr>
              <w:jc w:val="center"/>
              <w:rPr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4DB4CAC" w14:textId="77777777" w:rsidR="00DE57EF" w:rsidRPr="003565DD" w:rsidRDefault="00DE57EF">
            <w:pPr>
              <w:jc w:val="center"/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C1941CA" w14:textId="77777777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t>Pradžia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FFDE461" w14:textId="77777777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t>Pabaiga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A2F6322" w14:textId="77777777" w:rsidR="00DE57EF" w:rsidRPr="003565DD" w:rsidRDefault="00DE57EF">
            <w:pPr>
              <w:jc w:val="center"/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6FAFFF9" w14:textId="77777777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t>Laikotarpio pradžioje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63AA73B" w14:textId="77777777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t>Laikotarpio pabaigoje</w:t>
            </w:r>
          </w:p>
        </w:tc>
      </w:tr>
      <w:tr w:rsidR="00DE57EF" w:rsidRPr="003565DD" w14:paraId="6CF9D667" w14:textId="77777777" w:rsidTr="009540F2">
        <w:tc>
          <w:tcPr>
            <w:tcW w:w="9959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78AB916" w14:textId="77777777" w:rsidR="00DE57EF" w:rsidRPr="003565DD" w:rsidRDefault="00000000">
            <w:pPr>
              <w:rPr>
                <w:lang w:val="lt-LT"/>
              </w:rPr>
            </w:pPr>
            <w:r w:rsidRPr="003565DD">
              <w:rPr>
                <w:rFonts w:ascii="Arial" w:hAnsi="Arial"/>
                <w:b/>
                <w:color w:val="FFFFFF"/>
                <w:sz w:val="18"/>
                <w:lang w:val="lt-LT"/>
              </w:rPr>
              <w:t>1   Kurti kokybišką, saugią ir įtraukią gyvenamąją aplinką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FEB7727" w14:textId="77777777" w:rsidR="00DE57EF" w:rsidRPr="003565DD" w:rsidRDefault="00000000">
            <w:pPr>
              <w:rPr>
                <w:lang w:val="lt-LT"/>
              </w:rPr>
            </w:pPr>
            <w:r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t>Gyvenimo kokybės indeksas (GKI) — vieta kaimiškų savivaldybių klasteryje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B49B98B" w14:textId="77777777" w:rsidR="00252A9E" w:rsidRPr="003565DD" w:rsidRDefault="00000000">
            <w:pPr>
              <w:jc w:val="center"/>
              <w:rPr>
                <w:rFonts w:ascii="Arial" w:hAnsi="Arial"/>
                <w:b/>
                <w:color w:val="FFFFFF"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t xml:space="preserve">23 vieta </w:t>
            </w:r>
          </w:p>
          <w:p w14:paraId="55E369A4" w14:textId="6D980020" w:rsidR="00EF75C5" w:rsidRPr="003565DD" w:rsidRDefault="00000000">
            <w:pPr>
              <w:jc w:val="center"/>
              <w:rPr>
                <w:rFonts w:ascii="Arial" w:hAnsi="Arial"/>
                <w:b/>
                <w:color w:val="FFFFFF"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t xml:space="preserve">(iš 38) </w:t>
            </w:r>
          </w:p>
          <w:p w14:paraId="0746FE2B" w14:textId="03EDD3CF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t>(2024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0A5682A" w14:textId="77777777" w:rsidR="00EF75C5" w:rsidRPr="003565DD" w:rsidRDefault="00000000">
            <w:pPr>
              <w:jc w:val="center"/>
              <w:rPr>
                <w:rFonts w:ascii="Arial" w:hAnsi="Arial"/>
                <w:b/>
                <w:color w:val="FFFFFF"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t>≤ 10 vieta</w:t>
            </w:r>
          </w:p>
          <w:p w14:paraId="499179C8" w14:textId="5499ECF2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t>(2036 m.)</w:t>
            </w:r>
          </w:p>
        </w:tc>
      </w:tr>
      <w:tr w:rsidR="0038187D" w:rsidRPr="003565DD" w14:paraId="5628C537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7A32B13" w14:textId="14A5F990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>1</w:t>
            </w:r>
            <w:r w:rsidR="009540F2" w:rsidRPr="003565DD">
              <w:rPr>
                <w:rFonts w:ascii="Arial" w:hAnsi="Arial"/>
                <w:b/>
                <w:sz w:val="17"/>
                <w:lang w:val="lt-LT"/>
              </w:rPr>
              <w:t>-</w:t>
            </w:r>
            <w:r w:rsidRPr="003565DD">
              <w:rPr>
                <w:rFonts w:ascii="Arial" w:hAnsi="Arial"/>
                <w:b/>
                <w:sz w:val="17"/>
                <w:lang w:val="lt-LT"/>
              </w:rPr>
              <w:t>1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3A03A96" w14:textId="031A9598" w:rsidR="00DE57EF" w:rsidRPr="003565DD" w:rsidRDefault="00000000">
            <w:pPr>
              <w:rPr>
                <w:rFonts w:ascii="Arial" w:hAnsi="Arial"/>
                <w:b/>
                <w:sz w:val="17"/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 xml:space="preserve">Uždavinys: </w:t>
            </w:r>
          </w:p>
          <w:p w14:paraId="59B842E8" w14:textId="7E5C0278" w:rsidR="00510866" w:rsidRPr="003565DD" w:rsidRDefault="00510866">
            <w:pPr>
              <w:rPr>
                <w:rFonts w:ascii="Arial" w:hAnsi="Arial"/>
                <w:b/>
                <w:sz w:val="17"/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>Išplėtoti prieinamas ir kokybiškas asmens ir visuomenės sveikatos priežiūros bei socialines paslaugas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CEB914E" w14:textId="77777777" w:rsidR="00DE57EF" w:rsidRPr="003565DD" w:rsidRDefault="00DE57EF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4321AB4" w14:textId="77777777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1373C2A" w14:textId="77777777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F0BE9C1" w14:textId="392578CC" w:rsidR="00DE57EF" w:rsidRPr="003565DD" w:rsidRDefault="00000000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Sveiko gyvenimo trukmė / Vidutinė tikėtina gyvenimo trukmė (metai)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CD556B8" w14:textId="77777777" w:rsidR="00EF75C5" w:rsidRPr="003565DD" w:rsidRDefault="00000000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74,9 </w:t>
            </w:r>
          </w:p>
          <w:p w14:paraId="17136A6E" w14:textId="3023EA04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(2024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AC24086" w14:textId="77777777" w:rsidR="00EF75C5" w:rsidRPr="003565DD" w:rsidRDefault="00000000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79,0 </w:t>
            </w:r>
          </w:p>
          <w:p w14:paraId="5EE6C537" w14:textId="4F6CC4AF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4F8D8198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F44A44C" w14:textId="77777777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1-1-1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75FD2F2" w14:textId="77777777" w:rsidR="00DE57EF" w:rsidRPr="003565DD" w:rsidRDefault="00000000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Sveikatos priežiūros įstaigų infrastruktūros modernizavimas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22C77DD" w14:textId="0B33DAF1" w:rsidR="00DE57EF" w:rsidRPr="003565DD" w:rsidRDefault="004E7ACD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Sveikatos reikalų koordinatorius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EFF2D21" w14:textId="77777777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E732EA4" w14:textId="77777777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3D139E6" w14:textId="77777777" w:rsidR="00DE57EF" w:rsidRPr="003565DD" w:rsidRDefault="00000000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Sveikatos priežiūros įstaigų, kuriose atnaujinta infrastruktūra ir/ar pritaikyta pagal universalaus dizaino principus, skaičius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FDFD328" w14:textId="77777777" w:rsidR="00EF75C5" w:rsidRPr="003565DD" w:rsidRDefault="00000000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0 </w:t>
            </w:r>
          </w:p>
          <w:p w14:paraId="7CA6EABE" w14:textId="29320B14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(2027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41EDC4A" w14:textId="77777777" w:rsidR="00EF75C5" w:rsidRPr="003565DD" w:rsidRDefault="00000000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4 </w:t>
            </w:r>
          </w:p>
          <w:p w14:paraId="2A887216" w14:textId="48B49E04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0C71C48A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2B188A0" w14:textId="77777777" w:rsidR="00DE57EF" w:rsidRPr="003565DD" w:rsidRDefault="00DE57EF">
            <w:pPr>
              <w:rPr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FD324E2" w14:textId="77777777" w:rsidR="00DE57EF" w:rsidRPr="003565DD" w:rsidRDefault="00DE57EF">
            <w:pPr>
              <w:rPr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23AEC3D" w14:textId="4F5C8D7C" w:rsidR="00DE57EF" w:rsidRPr="003565DD" w:rsidRDefault="00DE57EF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985AD8F" w14:textId="77777777" w:rsidR="00DE57EF" w:rsidRPr="003565DD" w:rsidRDefault="00DE57EF">
            <w:pPr>
              <w:rPr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8603925" w14:textId="77777777" w:rsidR="00DE57EF" w:rsidRPr="003565DD" w:rsidRDefault="00DE57EF">
            <w:pPr>
              <w:rPr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E7CED06" w14:textId="750674C6" w:rsidR="00DE57EF" w:rsidRPr="003565DD" w:rsidRDefault="00000000">
            <w:pPr>
              <w:rPr>
                <w:iCs/>
                <w:lang w:val="lt-LT"/>
              </w:rPr>
            </w:pPr>
            <w:r w:rsidRPr="003565DD">
              <w:rPr>
                <w:rFonts w:ascii="Arial" w:hAnsi="Arial"/>
                <w:iCs/>
                <w:sz w:val="16"/>
                <w:lang w:val="lt-LT"/>
              </w:rPr>
              <w:t>Sveikatos priežiūros įstaigų, kuriose įsigyta</w:t>
            </w:r>
            <w:r w:rsidR="00347777" w:rsidRPr="003565DD">
              <w:rPr>
                <w:rFonts w:ascii="Arial" w:hAnsi="Arial"/>
                <w:iCs/>
                <w:sz w:val="16"/>
                <w:lang w:val="lt-LT"/>
              </w:rPr>
              <w:t xml:space="preserve"> </w:t>
            </w:r>
            <w:r w:rsidRPr="003565DD">
              <w:rPr>
                <w:rFonts w:ascii="Arial" w:hAnsi="Arial"/>
                <w:iCs/>
                <w:sz w:val="16"/>
                <w:lang w:val="lt-LT"/>
              </w:rPr>
              <w:t>/</w:t>
            </w:r>
            <w:r w:rsidR="00347777" w:rsidRPr="003565DD">
              <w:rPr>
                <w:rFonts w:ascii="Arial" w:hAnsi="Arial"/>
                <w:iCs/>
                <w:sz w:val="16"/>
                <w:lang w:val="lt-LT"/>
              </w:rPr>
              <w:t xml:space="preserve"> </w:t>
            </w:r>
            <w:r w:rsidRPr="003565DD">
              <w:rPr>
                <w:rFonts w:ascii="Arial" w:hAnsi="Arial"/>
                <w:iCs/>
                <w:sz w:val="16"/>
                <w:lang w:val="lt-LT"/>
              </w:rPr>
              <w:t>atnaujinta medicininė įranga, skaičius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96F1362" w14:textId="77777777" w:rsidR="00EF75C5" w:rsidRPr="003565DD" w:rsidRDefault="00000000">
            <w:pPr>
              <w:jc w:val="center"/>
              <w:rPr>
                <w:rFonts w:ascii="Arial" w:hAnsi="Arial"/>
                <w:iCs/>
                <w:sz w:val="16"/>
                <w:lang w:val="lt-LT"/>
              </w:rPr>
            </w:pPr>
            <w:r w:rsidRPr="003565DD">
              <w:rPr>
                <w:rFonts w:ascii="Arial" w:hAnsi="Arial"/>
                <w:iCs/>
                <w:sz w:val="16"/>
                <w:lang w:val="lt-LT"/>
              </w:rPr>
              <w:t xml:space="preserve">0 </w:t>
            </w:r>
          </w:p>
          <w:p w14:paraId="599DDBF1" w14:textId="3EF5DEBF" w:rsidR="00DE57EF" w:rsidRPr="003565DD" w:rsidRDefault="00000000">
            <w:pPr>
              <w:jc w:val="center"/>
              <w:rPr>
                <w:iCs/>
                <w:lang w:val="lt-LT"/>
              </w:rPr>
            </w:pPr>
            <w:r w:rsidRPr="003565DD">
              <w:rPr>
                <w:rFonts w:ascii="Arial" w:hAnsi="Arial"/>
                <w:iCs/>
                <w:sz w:val="16"/>
                <w:lang w:val="lt-LT"/>
              </w:rPr>
              <w:t>(2027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6F288B1" w14:textId="77777777" w:rsidR="00EF75C5" w:rsidRPr="003565DD" w:rsidRDefault="00000000">
            <w:pPr>
              <w:jc w:val="center"/>
              <w:rPr>
                <w:rFonts w:ascii="Arial" w:hAnsi="Arial"/>
                <w:b/>
                <w:iCs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iCs/>
                <w:sz w:val="16"/>
                <w:lang w:val="lt-LT"/>
              </w:rPr>
              <w:t xml:space="preserve">4 </w:t>
            </w:r>
          </w:p>
          <w:p w14:paraId="180B8173" w14:textId="35479A2D" w:rsidR="00DE57EF" w:rsidRPr="003565DD" w:rsidRDefault="00000000">
            <w:pPr>
              <w:jc w:val="center"/>
              <w:rPr>
                <w:iCs/>
                <w:lang w:val="lt-LT"/>
              </w:rPr>
            </w:pPr>
            <w:r w:rsidRPr="003565DD">
              <w:rPr>
                <w:rFonts w:ascii="Arial" w:hAnsi="Arial"/>
                <w:b/>
                <w:iCs/>
                <w:sz w:val="16"/>
                <w:lang w:val="lt-LT"/>
              </w:rPr>
              <w:t>(2036 m.)</w:t>
            </w:r>
          </w:p>
        </w:tc>
      </w:tr>
      <w:tr w:rsidR="0038187D" w:rsidRPr="003565DD" w14:paraId="56116372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38D989C" w14:textId="77777777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1-1-2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A244E2B" w14:textId="7FAAACA8" w:rsidR="00DE57EF" w:rsidRPr="003565DD" w:rsidRDefault="00000000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Sveikatos priežiūros paslaugų modernizavimas ir plėtra</w:t>
            </w:r>
            <w:r w:rsidR="00B33F27" w:rsidRPr="003565DD">
              <w:rPr>
                <w:rFonts w:ascii="Arial" w:hAnsi="Arial"/>
                <w:sz w:val="17"/>
                <w:lang w:val="lt-LT"/>
              </w:rPr>
              <w:t xml:space="preserve"> (paslaugų plėtra, specialistų pritraukimas ir kvalifikacijos tobulinimas)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DD7BBFD" w14:textId="13C3563E" w:rsidR="00DE57EF" w:rsidRPr="003565DD" w:rsidRDefault="004E7ACD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Sveikatos reikalų koordinatorius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8538FC2" w14:textId="77777777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8BEDDD2" w14:textId="77777777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D507AAF" w14:textId="013415A7" w:rsidR="00DE57EF" w:rsidRPr="003565DD" w:rsidRDefault="00000000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Mobiliųjų</w:t>
            </w:r>
            <w:r w:rsidR="00347777" w:rsidRPr="003565DD">
              <w:rPr>
                <w:rFonts w:ascii="Arial" w:hAnsi="Arial"/>
                <w:sz w:val="16"/>
                <w:lang w:val="lt-LT"/>
              </w:rPr>
              <w:t xml:space="preserve"> </w:t>
            </w:r>
            <w:r w:rsidRPr="003565DD">
              <w:rPr>
                <w:rFonts w:ascii="Arial" w:hAnsi="Arial"/>
                <w:sz w:val="16"/>
                <w:lang w:val="lt-LT"/>
              </w:rPr>
              <w:t>/</w:t>
            </w:r>
            <w:r w:rsidR="00347777" w:rsidRPr="003565DD">
              <w:rPr>
                <w:rFonts w:ascii="Arial" w:hAnsi="Arial"/>
                <w:sz w:val="16"/>
                <w:lang w:val="lt-LT"/>
              </w:rPr>
              <w:t xml:space="preserve"> </w:t>
            </w:r>
            <w:r w:rsidRPr="003565DD">
              <w:rPr>
                <w:rFonts w:ascii="Arial" w:hAnsi="Arial"/>
                <w:sz w:val="16"/>
                <w:lang w:val="lt-LT"/>
              </w:rPr>
              <w:t>išvažiuojamųjų sveikatos priežiūros paslaugų (šeimos gydytojo komanda) plėtra kaimo seniūnijose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69836BF" w14:textId="77777777" w:rsidR="00EF75C5" w:rsidRPr="003565DD" w:rsidRDefault="00000000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0 </w:t>
            </w:r>
          </w:p>
          <w:p w14:paraId="537F6AA8" w14:textId="7172A7B1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(2027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B627C60" w14:textId="77777777" w:rsidR="00EF75C5" w:rsidRPr="003565DD" w:rsidRDefault="00000000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2 </w:t>
            </w:r>
          </w:p>
          <w:p w14:paraId="5A2B9C20" w14:textId="28792A8F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2E733609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420F4DC" w14:textId="77777777" w:rsidR="00DE57EF" w:rsidRPr="003565DD" w:rsidRDefault="00DE57EF">
            <w:pPr>
              <w:rPr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F5EA411" w14:textId="77777777" w:rsidR="00DE57EF" w:rsidRPr="003565DD" w:rsidRDefault="00DE57EF">
            <w:pPr>
              <w:rPr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CC8FBA9" w14:textId="77777777" w:rsidR="00DE57EF" w:rsidRPr="003565DD" w:rsidRDefault="00DE57EF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56B7A48" w14:textId="77777777" w:rsidR="00DE57EF" w:rsidRPr="003565DD" w:rsidRDefault="00DE57EF">
            <w:pPr>
              <w:rPr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73EE79C" w14:textId="77777777" w:rsidR="00DE57EF" w:rsidRPr="003565DD" w:rsidRDefault="00DE57EF">
            <w:pPr>
              <w:rPr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3482224" w14:textId="77777777" w:rsidR="00DE57EF" w:rsidRPr="003565DD" w:rsidRDefault="00000000">
            <w:pPr>
              <w:rPr>
                <w:iCs/>
                <w:lang w:val="lt-LT"/>
              </w:rPr>
            </w:pPr>
            <w:r w:rsidRPr="003565DD">
              <w:rPr>
                <w:rFonts w:ascii="Arial" w:hAnsi="Arial"/>
                <w:iCs/>
                <w:sz w:val="16"/>
                <w:lang w:val="lt-LT"/>
              </w:rPr>
              <w:t>Psichikos sveikatos stiprinimo paslaugas gavusių asmenų skaičius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D007B90" w14:textId="77777777" w:rsidR="00EF75C5" w:rsidRPr="003565DD" w:rsidRDefault="00000000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1</w:t>
            </w:r>
            <w:r w:rsidR="00EF75C5" w:rsidRPr="003565DD">
              <w:rPr>
                <w:rFonts w:ascii="Arial" w:hAnsi="Arial"/>
                <w:sz w:val="16"/>
                <w:lang w:val="lt-LT"/>
              </w:rPr>
              <w:t> </w:t>
            </w:r>
            <w:r w:rsidRPr="003565DD">
              <w:rPr>
                <w:rFonts w:ascii="Arial" w:hAnsi="Arial"/>
                <w:sz w:val="16"/>
                <w:lang w:val="lt-LT"/>
              </w:rPr>
              <w:t xml:space="preserve">700 </w:t>
            </w:r>
          </w:p>
          <w:p w14:paraId="71528A14" w14:textId="05E1A841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(2027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F8B2EA7" w14:textId="77777777" w:rsidR="00EF75C5" w:rsidRPr="003565DD" w:rsidRDefault="00000000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1</w:t>
            </w:r>
            <w:r w:rsidR="00EF75C5" w:rsidRPr="003565DD">
              <w:rPr>
                <w:rFonts w:ascii="Arial" w:hAnsi="Arial"/>
                <w:b/>
                <w:sz w:val="16"/>
                <w:lang w:val="lt-LT"/>
              </w:rPr>
              <w:t> </w:t>
            </w: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900 </w:t>
            </w:r>
          </w:p>
          <w:p w14:paraId="06881AA7" w14:textId="3494E7BE" w:rsidR="00DE57EF" w:rsidRPr="003565DD" w:rsidRDefault="0000000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6266AF26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BED0254" w14:textId="30A78E9E" w:rsidR="00371BB9" w:rsidRPr="003565DD" w:rsidRDefault="00371BB9" w:rsidP="00371BB9">
            <w:pPr>
              <w:jc w:val="center"/>
              <w:rPr>
                <w:strike/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E7F2470" w14:textId="231D2880" w:rsidR="00371BB9" w:rsidRPr="003565DD" w:rsidRDefault="00371BB9" w:rsidP="00371BB9">
            <w:pPr>
              <w:rPr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EA5A0F3" w14:textId="77777777" w:rsidR="00371BB9" w:rsidRPr="003565DD" w:rsidRDefault="00371BB9" w:rsidP="00371BB9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31C4FF5" w14:textId="3A8A98B3" w:rsidR="00371BB9" w:rsidRPr="003565DD" w:rsidRDefault="00371BB9" w:rsidP="004E7ACD">
            <w:pPr>
              <w:jc w:val="center"/>
              <w:rPr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034675C" w14:textId="27170E41" w:rsidR="00371BB9" w:rsidRPr="003565DD" w:rsidRDefault="00371BB9" w:rsidP="004E7ACD">
            <w:pPr>
              <w:jc w:val="center"/>
              <w:rPr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56E09EB" w14:textId="23CC00AE" w:rsidR="00371BB9" w:rsidRPr="003565DD" w:rsidRDefault="00371BB9" w:rsidP="00371BB9">
            <w:pPr>
              <w:rPr>
                <w:rFonts w:ascii="Arial" w:hAnsi="Arial"/>
                <w:i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Pritrauktų sveikatos priežiūros specialistų skaičius (asm.)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DE15097" w14:textId="77777777" w:rsidR="00EF75C5" w:rsidRPr="003565DD" w:rsidRDefault="00371BB9" w:rsidP="00371BB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0 </w:t>
            </w:r>
          </w:p>
          <w:p w14:paraId="397F3983" w14:textId="29899336" w:rsidR="00371BB9" w:rsidRPr="003565DD" w:rsidRDefault="00371BB9" w:rsidP="00371BB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(2027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77AF338" w14:textId="77777777" w:rsidR="00EF75C5" w:rsidRPr="003565DD" w:rsidRDefault="00371BB9" w:rsidP="00371BB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15 </w:t>
            </w:r>
          </w:p>
          <w:p w14:paraId="60CE38D2" w14:textId="67DD7FC1" w:rsidR="00371BB9" w:rsidRPr="003565DD" w:rsidRDefault="00371BB9" w:rsidP="00371BB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7A3D497E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4ECC80C" w14:textId="77777777" w:rsidR="00371BB9" w:rsidRPr="003565DD" w:rsidRDefault="00371BB9" w:rsidP="00371BB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1-1-3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AC3207E" w14:textId="515930DD" w:rsidR="00371BB9" w:rsidRPr="003565DD" w:rsidRDefault="00371BB9" w:rsidP="00371BB9">
            <w:pPr>
              <w:rPr>
                <w:strike/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 xml:space="preserve">Priemonė: </w:t>
            </w:r>
            <w:r w:rsidR="004E7ACD" w:rsidRPr="003565DD">
              <w:rPr>
                <w:rFonts w:ascii="Arial" w:hAnsi="Arial"/>
                <w:sz w:val="17"/>
                <w:lang w:val="lt-LT"/>
              </w:rPr>
              <w:t>Gyventojų s</w:t>
            </w:r>
            <w:r w:rsidRPr="003565DD">
              <w:rPr>
                <w:rFonts w:ascii="Arial" w:hAnsi="Arial"/>
                <w:sz w:val="17"/>
                <w:lang w:val="lt-LT"/>
              </w:rPr>
              <w:t>veikatos išsaugojim</w:t>
            </w:r>
            <w:r w:rsidR="00334BE7" w:rsidRPr="003565DD">
              <w:rPr>
                <w:rFonts w:ascii="Arial" w:hAnsi="Arial"/>
                <w:sz w:val="17"/>
                <w:lang w:val="lt-LT"/>
              </w:rPr>
              <w:t>as</w:t>
            </w:r>
            <w:r w:rsidRPr="003565DD">
              <w:rPr>
                <w:rFonts w:ascii="Arial" w:hAnsi="Arial"/>
                <w:sz w:val="17"/>
                <w:lang w:val="lt-LT"/>
              </w:rPr>
              <w:t xml:space="preserve"> ir stiprinim</w:t>
            </w:r>
            <w:r w:rsidR="00334BE7" w:rsidRPr="003565DD">
              <w:rPr>
                <w:rFonts w:ascii="Arial" w:hAnsi="Arial"/>
                <w:sz w:val="17"/>
                <w:lang w:val="lt-LT"/>
              </w:rPr>
              <w:t>as</w:t>
            </w:r>
            <w:r w:rsidRPr="003565DD">
              <w:rPr>
                <w:rFonts w:ascii="Arial" w:hAnsi="Arial"/>
                <w:sz w:val="17"/>
                <w:lang w:val="lt-LT"/>
              </w:rPr>
              <w:t xml:space="preserve"> 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AC25B17" w14:textId="47D04F68" w:rsidR="00371BB9" w:rsidRPr="003565DD" w:rsidRDefault="004E7ACD" w:rsidP="00371BB9">
            <w:pPr>
              <w:rPr>
                <w:strike/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Sveikatos reikalų koordinatorius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D2D489C" w14:textId="5595F8D2" w:rsidR="00371BB9" w:rsidRPr="003565DD" w:rsidRDefault="00371BB9" w:rsidP="00371BB9">
            <w:pPr>
              <w:jc w:val="center"/>
              <w:rPr>
                <w:strike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D477EE9" w14:textId="757770DE" w:rsidR="00371BB9" w:rsidRPr="003565DD" w:rsidRDefault="00371BB9" w:rsidP="00371BB9">
            <w:pPr>
              <w:jc w:val="center"/>
              <w:rPr>
                <w:strike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ADC7C40" w14:textId="2A9A99BE" w:rsidR="00B33F27" w:rsidRPr="003565DD" w:rsidRDefault="00334BE7" w:rsidP="00371BB9">
            <w:pPr>
              <w:rPr>
                <w:rFonts w:ascii="Arial" w:hAnsi="Arial" w:cs="Arial"/>
                <w:sz w:val="16"/>
                <w:szCs w:val="16"/>
                <w:lang w:val="lt-LT"/>
              </w:rPr>
            </w:pPr>
            <w:r w:rsidRPr="003565DD">
              <w:rPr>
                <w:rFonts w:ascii="Arial" w:hAnsi="Arial" w:cs="Arial"/>
                <w:sz w:val="16"/>
                <w:szCs w:val="16"/>
                <w:lang w:val="lt-LT"/>
              </w:rPr>
              <w:t xml:space="preserve">Sveikatos stiprinimo </w:t>
            </w:r>
            <w:r w:rsidR="004E7ACD" w:rsidRPr="003565DD">
              <w:rPr>
                <w:rFonts w:ascii="Arial" w:hAnsi="Arial" w:cs="Arial"/>
                <w:sz w:val="16"/>
                <w:szCs w:val="16"/>
                <w:lang w:val="lt-LT"/>
              </w:rPr>
              <w:t>veikl</w:t>
            </w:r>
            <w:r w:rsidR="00B33F27" w:rsidRPr="003565DD">
              <w:rPr>
                <w:rFonts w:ascii="Arial" w:hAnsi="Arial" w:cs="Arial"/>
                <w:sz w:val="16"/>
                <w:szCs w:val="16"/>
                <w:lang w:val="lt-LT"/>
              </w:rPr>
              <w:t xml:space="preserve">ų </w:t>
            </w:r>
            <w:r w:rsidR="004E7ACD" w:rsidRPr="003565DD">
              <w:rPr>
                <w:rFonts w:ascii="Arial" w:hAnsi="Arial" w:cs="Arial"/>
                <w:sz w:val="16"/>
                <w:szCs w:val="16"/>
                <w:lang w:val="lt-LT"/>
              </w:rPr>
              <w:t>dalyv</w:t>
            </w:r>
            <w:r w:rsidR="00B33F27" w:rsidRPr="003565DD">
              <w:rPr>
                <w:rFonts w:ascii="Arial" w:hAnsi="Arial" w:cs="Arial"/>
                <w:sz w:val="16"/>
                <w:szCs w:val="16"/>
                <w:lang w:val="lt-LT"/>
              </w:rPr>
              <w:t>i</w:t>
            </w:r>
            <w:r w:rsidR="004E7ACD" w:rsidRPr="003565DD">
              <w:rPr>
                <w:rFonts w:ascii="Arial" w:hAnsi="Arial" w:cs="Arial"/>
                <w:sz w:val="16"/>
                <w:szCs w:val="16"/>
                <w:lang w:val="lt-LT"/>
              </w:rPr>
              <w:t>ų skaičius</w:t>
            </w:r>
            <w:r w:rsidR="00371BB9" w:rsidRPr="003565DD">
              <w:rPr>
                <w:rFonts w:ascii="Arial" w:hAnsi="Arial" w:cs="Arial"/>
                <w:sz w:val="16"/>
                <w:szCs w:val="16"/>
                <w:lang w:val="lt-LT"/>
              </w:rPr>
              <w:t xml:space="preserve"> (</w:t>
            </w:r>
            <w:r w:rsidR="004E7ACD" w:rsidRPr="003565DD">
              <w:rPr>
                <w:rFonts w:ascii="Arial" w:hAnsi="Arial" w:cs="Arial"/>
                <w:sz w:val="16"/>
                <w:szCs w:val="16"/>
                <w:lang w:val="lt-LT"/>
              </w:rPr>
              <w:t>asm</w:t>
            </w:r>
            <w:r w:rsidR="00371BB9" w:rsidRPr="003565DD">
              <w:rPr>
                <w:rFonts w:ascii="Arial" w:hAnsi="Arial" w:cs="Arial"/>
                <w:sz w:val="16"/>
                <w:szCs w:val="16"/>
                <w:lang w:val="lt-LT"/>
              </w:rPr>
              <w:t>.)</w:t>
            </w:r>
            <w:r w:rsidR="00B33F27" w:rsidRPr="003565DD">
              <w:rPr>
                <w:rFonts w:ascii="Arial" w:hAnsi="Arial" w:cs="Arial"/>
                <w:sz w:val="16"/>
                <w:szCs w:val="16"/>
                <w:lang w:val="lt-LT"/>
              </w:rPr>
              <w:t xml:space="preserve"> 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5DC9BAD" w14:textId="77777777" w:rsidR="00552FE8" w:rsidRPr="003565DD" w:rsidRDefault="00371BB9" w:rsidP="00371BB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0 </w:t>
            </w:r>
          </w:p>
          <w:p w14:paraId="6797614A" w14:textId="0808D4E9" w:rsidR="00371BB9" w:rsidRPr="003565DD" w:rsidRDefault="00371BB9" w:rsidP="00371BB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(2027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006C947" w14:textId="77777777" w:rsidR="00552FE8" w:rsidRPr="003565DD" w:rsidRDefault="004E7ACD" w:rsidP="00371BB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12</w:t>
            </w:r>
            <w:r w:rsidR="00552FE8" w:rsidRPr="003565DD">
              <w:rPr>
                <w:rFonts w:ascii="Arial" w:hAnsi="Arial"/>
                <w:b/>
                <w:sz w:val="16"/>
                <w:lang w:val="lt-LT"/>
              </w:rPr>
              <w:t> </w:t>
            </w:r>
            <w:r w:rsidRPr="003565DD">
              <w:rPr>
                <w:rFonts w:ascii="Arial" w:hAnsi="Arial"/>
                <w:b/>
                <w:sz w:val="16"/>
                <w:lang w:val="lt-LT"/>
              </w:rPr>
              <w:t>000</w:t>
            </w:r>
            <w:r w:rsidR="00371BB9" w:rsidRPr="003565DD">
              <w:rPr>
                <w:rFonts w:ascii="Arial" w:hAnsi="Arial"/>
                <w:b/>
                <w:sz w:val="16"/>
                <w:lang w:val="lt-LT"/>
              </w:rPr>
              <w:t xml:space="preserve"> </w:t>
            </w:r>
          </w:p>
          <w:p w14:paraId="357C3D02" w14:textId="5A0EACC4" w:rsidR="00371BB9" w:rsidRPr="003565DD" w:rsidRDefault="00371BB9" w:rsidP="00371BB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1F6C1843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C3969D3" w14:textId="77777777" w:rsidR="00371BB9" w:rsidRPr="003565DD" w:rsidRDefault="00371BB9" w:rsidP="00371BB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1-1-4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19D91A7" w14:textId="6EC0A69A" w:rsidR="00371BB9" w:rsidRPr="003565DD" w:rsidRDefault="00371BB9" w:rsidP="00371BB9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Ilgalaikės priežiūros paslaugų plėtra</w:t>
            </w:r>
            <w:r w:rsidR="00B40DF7" w:rsidRPr="003565DD">
              <w:rPr>
                <w:rFonts w:ascii="Arial" w:hAnsi="Arial"/>
                <w:sz w:val="17"/>
                <w:lang w:val="lt-LT"/>
              </w:rPr>
              <w:t xml:space="preserve"> (socialinės globos ir slaugos</w:t>
            </w:r>
            <w:r w:rsidR="00B33F27" w:rsidRPr="003565DD">
              <w:rPr>
                <w:rFonts w:ascii="Arial" w:hAnsi="Arial"/>
                <w:sz w:val="17"/>
                <w:lang w:val="lt-LT"/>
              </w:rPr>
              <w:t xml:space="preserve"> paslaugos</w:t>
            </w:r>
            <w:r w:rsidR="00B40DF7" w:rsidRPr="003565DD">
              <w:rPr>
                <w:rFonts w:ascii="Arial" w:hAnsi="Arial"/>
                <w:sz w:val="17"/>
                <w:lang w:val="lt-LT"/>
              </w:rPr>
              <w:t>)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4E990E0" w14:textId="77777777" w:rsidR="00371BB9" w:rsidRPr="003565DD" w:rsidRDefault="00371BB9" w:rsidP="00371BB9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Socialinės paramos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F67E014" w14:textId="77777777" w:rsidR="00371BB9" w:rsidRPr="003565DD" w:rsidRDefault="00371BB9" w:rsidP="00371BB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F0C3F1A" w14:textId="77777777" w:rsidR="00371BB9" w:rsidRPr="003565DD" w:rsidRDefault="00371BB9" w:rsidP="00371BB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3DD8822" w14:textId="4017DE6A" w:rsidR="00371BB9" w:rsidRPr="003565DD" w:rsidRDefault="00B40DF7" w:rsidP="00371BB9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Integruotos pagalbos</w:t>
            </w:r>
            <w:r w:rsidR="00371BB9" w:rsidRPr="003565DD">
              <w:rPr>
                <w:rFonts w:ascii="Arial" w:hAnsi="Arial"/>
                <w:sz w:val="16"/>
                <w:lang w:val="lt-LT"/>
              </w:rPr>
              <w:t xml:space="preserve"> gavėjų skaičius asmens namuose</w:t>
            </w:r>
            <w:r w:rsidRPr="003565DD">
              <w:rPr>
                <w:rFonts w:ascii="Arial" w:hAnsi="Arial"/>
                <w:sz w:val="16"/>
                <w:lang w:val="lt-LT"/>
              </w:rPr>
              <w:t xml:space="preserve"> (asm.)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90C4379" w14:textId="77777777" w:rsidR="00EF75C5" w:rsidRPr="003565DD" w:rsidRDefault="00371BB9" w:rsidP="00371BB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3</w:t>
            </w:r>
            <w:r w:rsidR="00B40DF7" w:rsidRPr="003565DD">
              <w:rPr>
                <w:rFonts w:ascii="Arial" w:hAnsi="Arial"/>
                <w:sz w:val="16"/>
                <w:lang w:val="lt-LT"/>
              </w:rPr>
              <w:t>00</w:t>
            </w:r>
            <w:r w:rsidRPr="003565DD">
              <w:rPr>
                <w:rFonts w:ascii="Arial" w:hAnsi="Arial"/>
                <w:sz w:val="16"/>
                <w:lang w:val="lt-LT"/>
              </w:rPr>
              <w:t xml:space="preserve"> </w:t>
            </w:r>
          </w:p>
          <w:p w14:paraId="44BC6953" w14:textId="02D17899" w:rsidR="00371BB9" w:rsidRPr="003565DD" w:rsidRDefault="00371BB9" w:rsidP="00371BB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</w:t>
            </w:r>
            <w:r w:rsidR="00B40DF7" w:rsidRPr="003565DD">
              <w:rPr>
                <w:rFonts w:ascii="Arial" w:hAnsi="Arial"/>
                <w:sz w:val="16"/>
                <w:lang w:val="lt-LT"/>
              </w:rPr>
              <w:t>6</w:t>
            </w:r>
            <w:r w:rsidRPr="003565DD">
              <w:rPr>
                <w:rFonts w:ascii="Arial" w:hAnsi="Arial"/>
                <w:sz w:val="16"/>
                <w:lang w:val="lt-LT"/>
              </w:rPr>
              <w:t xml:space="preserve">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3FA0274" w14:textId="77777777" w:rsidR="00EF75C5" w:rsidRPr="003565DD" w:rsidRDefault="00B40DF7" w:rsidP="00371BB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500</w:t>
            </w:r>
            <w:r w:rsidR="00371BB9" w:rsidRPr="003565DD">
              <w:rPr>
                <w:rFonts w:ascii="Arial" w:hAnsi="Arial"/>
                <w:b/>
                <w:sz w:val="16"/>
                <w:lang w:val="lt-LT"/>
              </w:rPr>
              <w:t xml:space="preserve"> </w:t>
            </w:r>
          </w:p>
          <w:p w14:paraId="0B21815A" w14:textId="26855426" w:rsidR="00371BB9" w:rsidRPr="003565DD" w:rsidRDefault="00371BB9" w:rsidP="00371BB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3F438F08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1A49587" w14:textId="77777777" w:rsidR="00B40DF7" w:rsidRPr="003565DD" w:rsidRDefault="00B40DF7" w:rsidP="00371BB9">
            <w:pPr>
              <w:jc w:val="center"/>
              <w:rPr>
                <w:rFonts w:ascii="Arial" w:hAnsi="Arial"/>
                <w:sz w:val="17"/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2091CB6" w14:textId="6751A14D" w:rsidR="00B40DF7" w:rsidRPr="003565DD" w:rsidRDefault="00B40DF7" w:rsidP="00371BB9">
            <w:pPr>
              <w:rPr>
                <w:rFonts w:ascii="Arial" w:hAnsi="Arial"/>
                <w:sz w:val="17"/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29F1C3B" w14:textId="77777777" w:rsidR="00B40DF7" w:rsidRPr="003565DD" w:rsidRDefault="00B40DF7" w:rsidP="00371BB9">
            <w:pPr>
              <w:rPr>
                <w:rFonts w:ascii="Arial" w:hAnsi="Arial"/>
                <w:i/>
                <w:sz w:val="15"/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D0ABA0F" w14:textId="77777777" w:rsidR="00B40DF7" w:rsidRPr="003565DD" w:rsidRDefault="00B40DF7" w:rsidP="00371BB9">
            <w:pPr>
              <w:jc w:val="center"/>
              <w:rPr>
                <w:rFonts w:ascii="Arial" w:hAnsi="Arial"/>
                <w:sz w:val="16"/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F9094E4" w14:textId="77777777" w:rsidR="00B40DF7" w:rsidRPr="003565DD" w:rsidRDefault="00B40DF7" w:rsidP="00371BB9">
            <w:pPr>
              <w:jc w:val="center"/>
              <w:rPr>
                <w:rFonts w:ascii="Arial" w:hAnsi="Arial"/>
                <w:sz w:val="16"/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8ACA53A" w14:textId="56F1AC12" w:rsidR="00B40DF7" w:rsidRPr="003565DD" w:rsidRDefault="00572A11" w:rsidP="00B40DF7">
            <w:pPr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M</w:t>
            </w:r>
            <w:r w:rsidR="00B40DF7" w:rsidRPr="003565DD">
              <w:rPr>
                <w:rFonts w:ascii="Arial" w:hAnsi="Arial"/>
                <w:sz w:val="16"/>
                <w:lang w:val="lt-LT"/>
              </w:rPr>
              <w:t>odernizuotų socialinės globos įstaigų atitiktis globos normoms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769D9AC" w14:textId="77777777" w:rsidR="00EF75C5" w:rsidRPr="003565DD" w:rsidRDefault="00B40DF7" w:rsidP="00572A11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0 </w:t>
            </w:r>
          </w:p>
          <w:p w14:paraId="524B76F7" w14:textId="093D1561" w:rsidR="00B40DF7" w:rsidRPr="003565DD" w:rsidRDefault="00B40DF7" w:rsidP="00572A11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</w:t>
            </w:r>
            <w:r w:rsidR="00572A11" w:rsidRPr="003565DD">
              <w:rPr>
                <w:rFonts w:ascii="Arial" w:hAnsi="Arial"/>
                <w:sz w:val="16"/>
                <w:lang w:val="lt-LT"/>
              </w:rPr>
              <w:t>6</w:t>
            </w:r>
            <w:r w:rsidRPr="003565DD">
              <w:rPr>
                <w:rFonts w:ascii="Arial" w:hAnsi="Arial"/>
                <w:sz w:val="16"/>
                <w:lang w:val="lt-LT"/>
              </w:rPr>
              <w:t xml:space="preserve">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4B0A7DF" w14:textId="77777777" w:rsidR="00EF75C5" w:rsidRPr="003565DD" w:rsidRDefault="00B40DF7" w:rsidP="00572A11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2 </w:t>
            </w:r>
          </w:p>
          <w:p w14:paraId="341FB3DA" w14:textId="2E4D4083" w:rsidR="00B40DF7" w:rsidRPr="003565DD" w:rsidRDefault="00B40DF7" w:rsidP="00572A11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(2036 m.)</w:t>
            </w:r>
          </w:p>
        </w:tc>
      </w:tr>
      <w:tr w:rsidR="0038187D" w:rsidRPr="003565DD" w14:paraId="1692EC74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F437324" w14:textId="77777777" w:rsidR="00B40DF7" w:rsidRPr="003565DD" w:rsidRDefault="00B40DF7" w:rsidP="00371BB9">
            <w:pPr>
              <w:jc w:val="center"/>
              <w:rPr>
                <w:rFonts w:ascii="Arial" w:hAnsi="Arial"/>
                <w:sz w:val="17"/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9A501B8" w14:textId="77777777" w:rsidR="00B40DF7" w:rsidRPr="003565DD" w:rsidRDefault="00B40DF7" w:rsidP="00371BB9">
            <w:pPr>
              <w:rPr>
                <w:rFonts w:ascii="Arial" w:hAnsi="Arial"/>
                <w:sz w:val="17"/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A3FE148" w14:textId="77777777" w:rsidR="00B40DF7" w:rsidRPr="003565DD" w:rsidRDefault="00B40DF7" w:rsidP="00371BB9">
            <w:pPr>
              <w:rPr>
                <w:rFonts w:ascii="Arial" w:hAnsi="Arial"/>
                <w:i/>
                <w:sz w:val="15"/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FB28781" w14:textId="77777777" w:rsidR="00B40DF7" w:rsidRPr="003565DD" w:rsidRDefault="00B40DF7" w:rsidP="00371BB9">
            <w:pPr>
              <w:jc w:val="center"/>
              <w:rPr>
                <w:rFonts w:ascii="Arial" w:hAnsi="Arial"/>
                <w:sz w:val="16"/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F0565E8" w14:textId="77777777" w:rsidR="00B40DF7" w:rsidRPr="003565DD" w:rsidRDefault="00B40DF7" w:rsidP="00371BB9">
            <w:pPr>
              <w:jc w:val="center"/>
              <w:rPr>
                <w:rFonts w:ascii="Arial" w:hAnsi="Arial"/>
                <w:sz w:val="16"/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D2373D7" w14:textId="7115B933" w:rsidR="00B40DF7" w:rsidRPr="003565DD" w:rsidRDefault="00B40DF7" w:rsidP="00B40DF7">
            <w:pPr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Įdiegtų naujų / patobulintų socialinių paslaugų ar su jų teikimu susijusių paslaugų skaičius</w:t>
            </w:r>
            <w:r w:rsidR="00572A11" w:rsidRPr="003565DD">
              <w:rPr>
                <w:rFonts w:ascii="Arial" w:hAnsi="Arial"/>
                <w:sz w:val="16"/>
                <w:lang w:val="lt-LT"/>
              </w:rPr>
              <w:t xml:space="preserve"> (</w:t>
            </w:r>
            <w:r w:rsidRPr="003565DD">
              <w:rPr>
                <w:rFonts w:ascii="Arial" w:hAnsi="Arial"/>
                <w:sz w:val="16"/>
                <w:lang w:val="lt-LT"/>
              </w:rPr>
              <w:t>vnt.</w:t>
            </w:r>
            <w:r w:rsidR="00572A11" w:rsidRPr="003565DD">
              <w:rPr>
                <w:rFonts w:ascii="Arial" w:hAnsi="Arial"/>
                <w:sz w:val="16"/>
                <w:lang w:val="lt-LT"/>
              </w:rPr>
              <w:t>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C526677" w14:textId="77777777" w:rsidR="00EF75C5" w:rsidRPr="003565DD" w:rsidRDefault="00B40DF7" w:rsidP="00371BB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1 </w:t>
            </w:r>
          </w:p>
          <w:p w14:paraId="241FAAA4" w14:textId="02D04E24" w:rsidR="00B40DF7" w:rsidRPr="003565DD" w:rsidRDefault="00B40DF7" w:rsidP="00371BB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(2027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589B0B8" w14:textId="77777777" w:rsidR="00EF75C5" w:rsidRPr="003565DD" w:rsidRDefault="00B40DF7" w:rsidP="00EF75C5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2 </w:t>
            </w:r>
          </w:p>
          <w:p w14:paraId="6DE21D82" w14:textId="70FC9915" w:rsidR="00B40DF7" w:rsidRPr="003565DD" w:rsidRDefault="00B40DF7" w:rsidP="00EF75C5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(2036 m.)</w:t>
            </w:r>
          </w:p>
        </w:tc>
      </w:tr>
      <w:tr w:rsidR="0038187D" w:rsidRPr="003565DD" w14:paraId="5AAAD5DD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E304AC3" w14:textId="77777777" w:rsidR="00572A11" w:rsidRPr="003565DD" w:rsidRDefault="00572A11" w:rsidP="00572A11">
            <w:pPr>
              <w:jc w:val="center"/>
              <w:rPr>
                <w:rFonts w:ascii="Arial" w:hAnsi="Arial"/>
                <w:sz w:val="17"/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DB102FD" w14:textId="77777777" w:rsidR="00572A11" w:rsidRPr="003565DD" w:rsidRDefault="00572A11" w:rsidP="00572A11">
            <w:pPr>
              <w:rPr>
                <w:rFonts w:ascii="Arial" w:hAnsi="Arial"/>
                <w:sz w:val="17"/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ACC902E" w14:textId="77777777" w:rsidR="00572A11" w:rsidRPr="003565DD" w:rsidRDefault="00572A11" w:rsidP="00572A11">
            <w:pPr>
              <w:rPr>
                <w:rFonts w:ascii="Arial" w:hAnsi="Arial"/>
                <w:i/>
                <w:sz w:val="15"/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4C4209C" w14:textId="77777777" w:rsidR="00572A11" w:rsidRPr="003565DD" w:rsidRDefault="00572A11" w:rsidP="00572A11">
            <w:pPr>
              <w:jc w:val="center"/>
              <w:rPr>
                <w:rFonts w:ascii="Arial" w:hAnsi="Arial"/>
                <w:sz w:val="16"/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323C9BA" w14:textId="77777777" w:rsidR="00572A11" w:rsidRPr="003565DD" w:rsidRDefault="00572A11" w:rsidP="00572A11">
            <w:pPr>
              <w:jc w:val="center"/>
              <w:rPr>
                <w:rFonts w:ascii="Arial" w:hAnsi="Arial"/>
                <w:sz w:val="16"/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EFEC23A" w14:textId="1139C69B" w:rsidR="00572A11" w:rsidRPr="003565DD" w:rsidRDefault="00572A11" w:rsidP="00572A11">
            <w:pPr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Pritrauktų socialines paslaugas teikiančių specialistų skaičius (asm.)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A699B2C" w14:textId="77777777" w:rsidR="00EF75C5" w:rsidRPr="003565DD" w:rsidRDefault="00572A11" w:rsidP="00572A11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0 </w:t>
            </w:r>
          </w:p>
          <w:p w14:paraId="0E6E2D39" w14:textId="50319D3A" w:rsidR="00572A11" w:rsidRPr="003565DD" w:rsidRDefault="00572A11" w:rsidP="00572A11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(2027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7A7F206" w14:textId="77777777" w:rsidR="00EF75C5" w:rsidRPr="003565DD" w:rsidRDefault="00572A11" w:rsidP="00572A11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10 </w:t>
            </w:r>
          </w:p>
          <w:p w14:paraId="33C9AAD1" w14:textId="60729AC2" w:rsidR="00572A11" w:rsidRPr="003565DD" w:rsidRDefault="00572A11" w:rsidP="00572A11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66905BEB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FC6744D" w14:textId="360F99A7" w:rsidR="0095520F" w:rsidRPr="003565DD" w:rsidRDefault="0095520F" w:rsidP="00B22B5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1-1-</w:t>
            </w:r>
            <w:r w:rsidR="00853C08" w:rsidRPr="003565DD">
              <w:rPr>
                <w:rFonts w:ascii="Arial" w:hAnsi="Arial"/>
                <w:sz w:val="17"/>
                <w:lang w:val="lt-LT"/>
              </w:rPr>
              <w:t>5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B686D11" w14:textId="25A70E09" w:rsidR="0095520F" w:rsidRPr="003565DD" w:rsidRDefault="0095520F" w:rsidP="00B22B50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Prevencinių socialinių paslaugų užtikrinimas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02CD668" w14:textId="3080F01A" w:rsidR="0095520F" w:rsidRPr="003565DD" w:rsidRDefault="0095520F" w:rsidP="00B22B50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Socialinės paramos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32A1439" w14:textId="77777777" w:rsidR="0095520F" w:rsidRPr="003565DD" w:rsidRDefault="0095520F" w:rsidP="00B22B5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0568A47" w14:textId="77777777" w:rsidR="0095520F" w:rsidRPr="003565DD" w:rsidRDefault="0095520F" w:rsidP="00B22B5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30388C8" w14:textId="7166FB10" w:rsidR="0095520F" w:rsidRPr="003565DD" w:rsidRDefault="0095520F" w:rsidP="00B22B50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Socialines paslaugas gaunančių asmenų </w:t>
            </w:r>
            <w:r w:rsidR="00853C08" w:rsidRPr="003565DD">
              <w:rPr>
                <w:rFonts w:ascii="Arial" w:hAnsi="Arial"/>
                <w:sz w:val="16"/>
                <w:lang w:val="lt-LT"/>
              </w:rPr>
              <w:t>dalis</w:t>
            </w:r>
            <w:r w:rsidRPr="003565DD">
              <w:rPr>
                <w:rFonts w:ascii="Arial" w:hAnsi="Arial"/>
                <w:sz w:val="16"/>
                <w:lang w:val="lt-LT"/>
              </w:rPr>
              <w:t xml:space="preserve"> nuo </w:t>
            </w:r>
            <w:r w:rsidR="00853C08" w:rsidRPr="003565DD">
              <w:rPr>
                <w:rFonts w:ascii="Arial" w:hAnsi="Arial"/>
                <w:sz w:val="16"/>
                <w:lang w:val="lt-LT"/>
              </w:rPr>
              <w:t>bendro gyventojų skaičiaus</w:t>
            </w:r>
            <w:r w:rsidRPr="003565DD">
              <w:rPr>
                <w:rFonts w:ascii="Arial" w:hAnsi="Arial"/>
                <w:sz w:val="16"/>
                <w:lang w:val="lt-LT"/>
              </w:rPr>
              <w:t xml:space="preserve"> (</w:t>
            </w:r>
            <w:r w:rsidR="00853C08" w:rsidRPr="003565DD">
              <w:rPr>
                <w:rFonts w:ascii="Arial" w:hAnsi="Arial"/>
                <w:sz w:val="16"/>
                <w:lang w:val="lt-LT"/>
              </w:rPr>
              <w:t>proc.</w:t>
            </w:r>
            <w:r w:rsidRPr="003565DD">
              <w:rPr>
                <w:rFonts w:ascii="Arial" w:hAnsi="Arial"/>
                <w:sz w:val="16"/>
                <w:lang w:val="lt-LT"/>
              </w:rPr>
              <w:t>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1252341" w14:textId="77777777" w:rsidR="00EF75C5" w:rsidRPr="003565DD" w:rsidRDefault="00853C08" w:rsidP="00B22B50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13</w:t>
            </w:r>
            <w:r w:rsidR="0095520F" w:rsidRPr="003565DD">
              <w:rPr>
                <w:rFonts w:ascii="Arial" w:hAnsi="Arial"/>
                <w:sz w:val="16"/>
                <w:lang w:val="lt-LT"/>
              </w:rPr>
              <w:t xml:space="preserve"> </w:t>
            </w:r>
          </w:p>
          <w:p w14:paraId="29A322F8" w14:textId="5A177660" w:rsidR="0095520F" w:rsidRPr="003565DD" w:rsidRDefault="0095520F" w:rsidP="00B22B5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8B21EE7" w14:textId="77777777" w:rsidR="00EF75C5" w:rsidRPr="003565DD" w:rsidRDefault="00853C08" w:rsidP="00B22B50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15</w:t>
            </w:r>
            <w:r w:rsidR="0095520F" w:rsidRPr="003565DD">
              <w:rPr>
                <w:rFonts w:ascii="Arial" w:hAnsi="Arial"/>
                <w:b/>
                <w:sz w:val="16"/>
                <w:lang w:val="lt-LT"/>
              </w:rPr>
              <w:t xml:space="preserve"> </w:t>
            </w:r>
          </w:p>
          <w:p w14:paraId="7281546A" w14:textId="48289A3E" w:rsidR="0095520F" w:rsidRPr="003565DD" w:rsidRDefault="0095520F" w:rsidP="00B22B50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2D41B9EE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0EB8F85" w14:textId="301DFE87" w:rsidR="00853C08" w:rsidRPr="003565DD" w:rsidRDefault="00853C08" w:rsidP="00853C0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1-1-6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7ED983D" w14:textId="3487F529" w:rsidR="00853C08" w:rsidRPr="003565DD" w:rsidRDefault="00853C08" w:rsidP="00853C08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 xml:space="preserve">Priemonė: </w:t>
            </w:r>
            <w:r w:rsidR="00624E0D" w:rsidRPr="003565DD">
              <w:rPr>
                <w:rFonts w:ascii="Arial" w:hAnsi="Arial"/>
                <w:sz w:val="17"/>
                <w:lang w:val="lt-LT"/>
              </w:rPr>
              <w:t>A</w:t>
            </w:r>
            <w:r w:rsidRPr="003565DD">
              <w:rPr>
                <w:rFonts w:ascii="Arial" w:hAnsi="Arial"/>
                <w:sz w:val="17"/>
                <w:lang w:val="lt-LT"/>
              </w:rPr>
              <w:t>plinkos prieinamumo gerinimas ir būsto pritaikymas</w:t>
            </w:r>
            <w:r w:rsidR="00624E0D" w:rsidRPr="003565DD">
              <w:rPr>
                <w:rFonts w:ascii="Arial" w:hAnsi="Arial"/>
                <w:sz w:val="17"/>
                <w:lang w:val="lt-LT"/>
              </w:rPr>
              <w:t xml:space="preserve"> asmenims su negalia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0F63B78" w14:textId="512FFB7B" w:rsidR="00853C08" w:rsidRPr="003565DD" w:rsidRDefault="00853C08" w:rsidP="00853C08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Asmenų su negalia reikalų koordinatorius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154463A" w14:textId="77777777" w:rsidR="00853C08" w:rsidRPr="003565DD" w:rsidRDefault="00853C08" w:rsidP="00853C0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91724E4" w14:textId="77777777" w:rsidR="00853C08" w:rsidRPr="003565DD" w:rsidRDefault="00853C08" w:rsidP="00853C0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7EF288E" w14:textId="77777777" w:rsidR="00853C08" w:rsidRPr="003565DD" w:rsidRDefault="00853C08" w:rsidP="00853C08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Pritaikytų būstų skaičius per metus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7E49C1D" w14:textId="4D798A09" w:rsidR="00EF75C5" w:rsidRPr="003565DD" w:rsidRDefault="008E5D60" w:rsidP="00853C08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xxx</w:t>
            </w:r>
          </w:p>
          <w:p w14:paraId="4CF38E60" w14:textId="751E3F64" w:rsidR="00853C08" w:rsidRPr="003565DD" w:rsidRDefault="00853C08" w:rsidP="00853C0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</w:t>
            </w:r>
            <w:r w:rsidR="00511F69" w:rsidRPr="003565DD">
              <w:rPr>
                <w:rFonts w:ascii="Arial" w:hAnsi="Arial"/>
                <w:sz w:val="16"/>
                <w:lang w:val="lt-LT"/>
              </w:rPr>
              <w:t>6</w:t>
            </w:r>
            <w:r w:rsidRPr="003565DD">
              <w:rPr>
                <w:rFonts w:ascii="Arial" w:hAnsi="Arial"/>
                <w:sz w:val="16"/>
                <w:lang w:val="lt-LT"/>
              </w:rPr>
              <w:t xml:space="preserve">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E2B5B1F" w14:textId="77777777" w:rsidR="00EF75C5" w:rsidRPr="003565DD" w:rsidRDefault="00853C08" w:rsidP="00853C08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15 </w:t>
            </w:r>
          </w:p>
          <w:p w14:paraId="36A9DAF5" w14:textId="7845F094" w:rsidR="00853C08" w:rsidRPr="003565DD" w:rsidRDefault="00853C08" w:rsidP="00853C0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(kasmet)</w:t>
            </w:r>
          </w:p>
        </w:tc>
      </w:tr>
      <w:tr w:rsidR="0038187D" w:rsidRPr="003565DD" w14:paraId="20CE6AFC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13495E1" w14:textId="77777777" w:rsidR="00853C08" w:rsidRPr="003565DD" w:rsidRDefault="00853C08" w:rsidP="00853C08">
            <w:pPr>
              <w:jc w:val="center"/>
              <w:rPr>
                <w:rFonts w:ascii="Arial" w:hAnsi="Arial"/>
                <w:sz w:val="17"/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9667955" w14:textId="77777777" w:rsidR="00853C08" w:rsidRPr="003565DD" w:rsidRDefault="00853C08" w:rsidP="00853C08">
            <w:pPr>
              <w:rPr>
                <w:rFonts w:ascii="Arial" w:hAnsi="Arial"/>
                <w:sz w:val="17"/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B498C3E" w14:textId="77777777" w:rsidR="00853C08" w:rsidRPr="003565DD" w:rsidRDefault="00853C08" w:rsidP="00853C08">
            <w:pPr>
              <w:rPr>
                <w:rFonts w:ascii="Arial" w:hAnsi="Arial"/>
                <w:i/>
                <w:sz w:val="15"/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F960E13" w14:textId="77777777" w:rsidR="00853C08" w:rsidRPr="003565DD" w:rsidRDefault="00853C08" w:rsidP="00853C08">
            <w:pPr>
              <w:jc w:val="center"/>
              <w:rPr>
                <w:rFonts w:ascii="Arial" w:hAnsi="Arial"/>
                <w:sz w:val="16"/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AA6C9CB" w14:textId="77777777" w:rsidR="00853C08" w:rsidRPr="003565DD" w:rsidRDefault="00853C08" w:rsidP="00853C08">
            <w:pPr>
              <w:jc w:val="center"/>
              <w:rPr>
                <w:rFonts w:ascii="Arial" w:hAnsi="Arial"/>
                <w:sz w:val="16"/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B9830E3" w14:textId="745A3CAB" w:rsidR="00853C08" w:rsidRPr="003565DD" w:rsidRDefault="00853C08" w:rsidP="00853C08">
            <w:pPr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Infrastruktūros objektų pritaikymas asmenims su negalia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F139053" w14:textId="77777777" w:rsidR="00552FE8" w:rsidRPr="003565DD" w:rsidRDefault="00853C08" w:rsidP="00853C08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0 </w:t>
            </w:r>
          </w:p>
          <w:p w14:paraId="68983A85" w14:textId="4953CE06" w:rsidR="00853C08" w:rsidRPr="003565DD" w:rsidRDefault="00853C08" w:rsidP="00853C08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(2027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BCA981D" w14:textId="77777777" w:rsidR="00552FE8" w:rsidRPr="003565DD" w:rsidRDefault="00853C08" w:rsidP="00853C08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60 </w:t>
            </w:r>
          </w:p>
          <w:p w14:paraId="3309FA27" w14:textId="1C949952" w:rsidR="00853C08" w:rsidRPr="003565DD" w:rsidRDefault="00853C08" w:rsidP="00853C08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</w:t>
            </w:r>
            <w:r w:rsidR="00437DA9" w:rsidRPr="003565DD">
              <w:rPr>
                <w:rFonts w:ascii="Arial" w:hAnsi="Arial"/>
                <w:b/>
                <w:sz w:val="16"/>
                <w:lang w:val="lt-LT"/>
              </w:rPr>
              <w:t>6</w:t>
            </w: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 m.)</w:t>
            </w:r>
          </w:p>
        </w:tc>
      </w:tr>
      <w:tr w:rsidR="0038187D" w:rsidRPr="003565DD" w14:paraId="4452FBD9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D869988" w14:textId="49AB4AE6" w:rsidR="00853C08" w:rsidRPr="003565DD" w:rsidRDefault="00853C08" w:rsidP="00853C08">
            <w:pPr>
              <w:jc w:val="center"/>
              <w:rPr>
                <w:lang w:val="lt-LT"/>
              </w:rPr>
            </w:pPr>
            <w:bookmarkStart w:id="0" w:name="_Hlk238031166"/>
            <w:r w:rsidRPr="003565DD">
              <w:rPr>
                <w:rFonts w:ascii="Arial" w:hAnsi="Arial"/>
                <w:sz w:val="17"/>
                <w:lang w:val="lt-LT"/>
              </w:rPr>
              <w:t>1-1-7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FBCC77B" w14:textId="5DECFB70" w:rsidR="00853C08" w:rsidRPr="003565DD" w:rsidRDefault="00853C08" w:rsidP="0076740D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 xml:space="preserve">Priemonė: </w:t>
            </w:r>
            <w:r w:rsidR="0076740D" w:rsidRPr="003565DD">
              <w:rPr>
                <w:rFonts w:ascii="Arial" w:hAnsi="Arial"/>
                <w:sz w:val="17"/>
                <w:lang w:val="lt-LT"/>
              </w:rPr>
              <w:t>Būsto prieinamumo didinimas (savivaldybės ir s</w:t>
            </w:r>
            <w:r w:rsidRPr="003565DD">
              <w:rPr>
                <w:rFonts w:ascii="Arial" w:hAnsi="Arial"/>
                <w:sz w:val="17"/>
                <w:lang w:val="lt-LT"/>
              </w:rPr>
              <w:t>ocialinio būsto</w:t>
            </w:r>
            <w:r w:rsidR="0076740D" w:rsidRPr="003565DD">
              <w:rPr>
                <w:rFonts w:ascii="Arial" w:hAnsi="Arial"/>
                <w:sz w:val="17"/>
                <w:lang w:val="lt-LT"/>
              </w:rPr>
              <w:t>)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83D81B1" w14:textId="77777777" w:rsidR="00853C08" w:rsidRPr="003565DD" w:rsidRDefault="00853C08" w:rsidP="00853C08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Infrastruktūros ir turto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AA52C21" w14:textId="77777777" w:rsidR="00853C08" w:rsidRPr="003565DD" w:rsidRDefault="00853C08" w:rsidP="00853C0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D9ADD1C" w14:textId="77777777" w:rsidR="00853C08" w:rsidRPr="003565DD" w:rsidRDefault="00853C08" w:rsidP="00853C0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9213D09" w14:textId="2155BF1B" w:rsidR="00853C08" w:rsidRPr="003565DD" w:rsidRDefault="0000078D" w:rsidP="00853C08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Būsto paslaugas (p</w:t>
            </w:r>
            <w:r w:rsidR="00544101" w:rsidRPr="003565DD">
              <w:rPr>
                <w:rFonts w:ascii="Arial" w:hAnsi="Arial"/>
                <w:sz w:val="16"/>
                <w:lang w:val="lt-LT"/>
              </w:rPr>
              <w:t>aramą</w:t>
            </w:r>
            <w:r w:rsidRPr="003565DD">
              <w:rPr>
                <w:rFonts w:ascii="Arial" w:hAnsi="Arial"/>
                <w:sz w:val="16"/>
                <w:lang w:val="lt-LT"/>
              </w:rPr>
              <w:t>)</w:t>
            </w:r>
            <w:r w:rsidR="0076740D" w:rsidRPr="003565DD">
              <w:rPr>
                <w:rFonts w:ascii="Arial" w:hAnsi="Arial"/>
                <w:sz w:val="16"/>
                <w:lang w:val="lt-LT"/>
              </w:rPr>
              <w:t xml:space="preserve"> gaunančių asmenų skaičius</w:t>
            </w:r>
            <w:r w:rsidR="00853C08" w:rsidRPr="003565DD">
              <w:rPr>
                <w:rFonts w:ascii="Arial" w:hAnsi="Arial"/>
                <w:sz w:val="16"/>
                <w:lang w:val="lt-LT"/>
              </w:rPr>
              <w:t xml:space="preserve">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D6B52C9" w14:textId="77777777" w:rsidR="00552FE8" w:rsidRPr="003565DD" w:rsidRDefault="00853C08" w:rsidP="00853C08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162 </w:t>
            </w:r>
          </w:p>
          <w:p w14:paraId="7B2F4F25" w14:textId="15C97A73" w:rsidR="00853C08" w:rsidRPr="003565DD" w:rsidRDefault="00853C08" w:rsidP="00853C0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40DDBBD" w14:textId="77777777" w:rsidR="00552FE8" w:rsidRPr="003565DD" w:rsidRDefault="00853C08" w:rsidP="00853C08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200 </w:t>
            </w:r>
          </w:p>
          <w:p w14:paraId="60FC2637" w14:textId="763A4249" w:rsidR="00853C08" w:rsidRPr="003565DD" w:rsidRDefault="00853C08" w:rsidP="00853C0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bookmarkEnd w:id="0"/>
      <w:tr w:rsidR="0038187D" w:rsidRPr="003565DD" w14:paraId="77A0E75A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E9494F1" w14:textId="30BD93E4" w:rsidR="00853C08" w:rsidRPr="003565DD" w:rsidRDefault="00853C08" w:rsidP="00853C0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>1</w:t>
            </w:r>
            <w:r w:rsidR="00F35C2D" w:rsidRPr="003565DD">
              <w:rPr>
                <w:rFonts w:ascii="Arial" w:hAnsi="Arial"/>
                <w:b/>
                <w:sz w:val="17"/>
                <w:lang w:val="lt-LT"/>
              </w:rPr>
              <w:t>-</w:t>
            </w:r>
            <w:r w:rsidRPr="003565DD">
              <w:rPr>
                <w:rFonts w:ascii="Arial" w:hAnsi="Arial"/>
                <w:b/>
                <w:sz w:val="17"/>
                <w:lang w:val="lt-LT"/>
              </w:rPr>
              <w:t>2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96B048E" w14:textId="77777777" w:rsidR="00F35C2D" w:rsidRPr="003565DD" w:rsidRDefault="00853C08" w:rsidP="00853C08">
            <w:pPr>
              <w:rPr>
                <w:rFonts w:ascii="Arial" w:hAnsi="Arial"/>
                <w:b/>
                <w:sz w:val="17"/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 xml:space="preserve">Uždavinys: </w:t>
            </w:r>
          </w:p>
          <w:p w14:paraId="6522A49C" w14:textId="5129BE01" w:rsidR="00853C08" w:rsidRPr="003565DD" w:rsidRDefault="00853C08" w:rsidP="00853C08">
            <w:pPr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>Sustiprinti bendruomenių įsitraukimą į vietos sprendimų priėmimą ir pilietinį aktyvumą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D11E450" w14:textId="77777777" w:rsidR="00853C08" w:rsidRPr="003565DD" w:rsidRDefault="00853C08" w:rsidP="00853C08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270C3A1" w14:textId="77777777" w:rsidR="00853C08" w:rsidRPr="003565DD" w:rsidRDefault="00853C08" w:rsidP="00853C0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B0DC6FD" w14:textId="77777777" w:rsidR="00853C08" w:rsidRPr="003565DD" w:rsidRDefault="00853C08" w:rsidP="00853C0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A97A709" w14:textId="53985388" w:rsidR="00853C08" w:rsidRPr="003565DD" w:rsidRDefault="00552FE8" w:rsidP="00853C08">
            <w:pPr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Savivaldybės biudžeto lėšų dalis, tenkanti NVO sektoriui (%)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77BE3E2" w14:textId="06C7DD5B" w:rsidR="00552FE8" w:rsidRPr="003565DD" w:rsidRDefault="00552FE8" w:rsidP="00552FE8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xxx </w:t>
            </w:r>
          </w:p>
          <w:p w14:paraId="36EFD6EB" w14:textId="0E4EF98A" w:rsidR="00552FE8" w:rsidRPr="003565DD" w:rsidRDefault="00552FE8" w:rsidP="00552FE8">
            <w:pPr>
              <w:jc w:val="center"/>
              <w:rPr>
                <w:strike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</w:t>
            </w:r>
            <w:r w:rsidR="008E5D60" w:rsidRPr="003565DD">
              <w:rPr>
                <w:rFonts w:ascii="Arial" w:hAnsi="Arial"/>
                <w:sz w:val="16"/>
                <w:lang w:val="lt-LT"/>
              </w:rPr>
              <w:t>6</w:t>
            </w:r>
            <w:r w:rsidRPr="003565DD">
              <w:rPr>
                <w:rFonts w:ascii="Arial" w:hAnsi="Arial"/>
                <w:sz w:val="16"/>
                <w:lang w:val="lt-LT"/>
              </w:rPr>
              <w:t xml:space="preserve">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AED191F" w14:textId="21527385" w:rsidR="00552FE8" w:rsidRPr="003565DD" w:rsidRDefault="00552FE8" w:rsidP="00552FE8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xxx</w:t>
            </w:r>
          </w:p>
          <w:p w14:paraId="2A14B643" w14:textId="04E9A38A" w:rsidR="00853C08" w:rsidRPr="003565DD" w:rsidRDefault="00552FE8" w:rsidP="00552FE8">
            <w:pPr>
              <w:jc w:val="center"/>
              <w:rPr>
                <w:strike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63BDB668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1A67D51" w14:textId="77777777" w:rsidR="00234ABD" w:rsidRPr="003565DD" w:rsidRDefault="00234ABD" w:rsidP="00234AB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1-2-1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B228EF4" w14:textId="1E85F185" w:rsidR="00593537" w:rsidRPr="003565DD" w:rsidRDefault="00552FE8" w:rsidP="00234ABD">
            <w:pPr>
              <w:rPr>
                <w:rFonts w:ascii="Arial" w:hAnsi="Arial"/>
                <w:sz w:val="17"/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 xml:space="preserve">Priemonė: </w:t>
            </w:r>
            <w:r w:rsidR="00234ABD" w:rsidRPr="003565DD">
              <w:rPr>
                <w:rFonts w:ascii="Arial" w:hAnsi="Arial"/>
                <w:sz w:val="17"/>
                <w:lang w:val="lt-LT"/>
              </w:rPr>
              <w:t>Jaunimo lyderių ugdymas (jaunimo įtraukimas į viešosios politikos sprendimų priėmimą ir įgyvendinimą)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7D2EA4E" w14:textId="583B3BA3" w:rsidR="00234ABD" w:rsidRPr="003565DD" w:rsidRDefault="00234ABD" w:rsidP="00234ABD">
            <w:pPr>
              <w:rPr>
                <w:strike/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Jaunimo reikalų koordinatorius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17366A4" w14:textId="0684909B" w:rsidR="00234ABD" w:rsidRPr="003565DD" w:rsidRDefault="00234ABD" w:rsidP="00234ABD">
            <w:pPr>
              <w:jc w:val="center"/>
              <w:rPr>
                <w:strike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3354CD1" w14:textId="377DA8B2" w:rsidR="00234ABD" w:rsidRPr="003565DD" w:rsidRDefault="00234ABD" w:rsidP="00234ABD">
            <w:pPr>
              <w:jc w:val="center"/>
              <w:rPr>
                <w:strike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ED099FB" w14:textId="79083FFF" w:rsidR="00842D7D" w:rsidRPr="003565DD" w:rsidRDefault="00462782" w:rsidP="00234ABD">
            <w:pPr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Įtrauktų į veiklas </w:t>
            </w:r>
            <w:r w:rsidR="00593537" w:rsidRPr="003565DD">
              <w:rPr>
                <w:rFonts w:ascii="Arial" w:hAnsi="Arial"/>
                <w:sz w:val="16"/>
                <w:lang w:val="lt-LT"/>
              </w:rPr>
              <w:t xml:space="preserve">jaunų asmenų </w:t>
            </w:r>
            <w:r w:rsidRPr="003565DD">
              <w:rPr>
                <w:rFonts w:ascii="Arial" w:hAnsi="Arial"/>
                <w:sz w:val="16"/>
                <w:lang w:val="lt-LT"/>
              </w:rPr>
              <w:t>skaičius (asm.)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7DB594F" w14:textId="77777777" w:rsidR="00552FE8" w:rsidRPr="003565DD" w:rsidRDefault="00234ABD" w:rsidP="00234AB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0 </w:t>
            </w:r>
          </w:p>
          <w:p w14:paraId="23B02AE5" w14:textId="7D5E5B23" w:rsidR="00234ABD" w:rsidRPr="003565DD" w:rsidRDefault="00234ABD" w:rsidP="00234AB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(2027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CB1F8A3" w14:textId="77777777" w:rsidR="00552FE8" w:rsidRPr="003565DD" w:rsidRDefault="00462782" w:rsidP="00234AB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20</w:t>
            </w:r>
            <w:r w:rsidR="00234ABD" w:rsidRPr="003565DD">
              <w:rPr>
                <w:rFonts w:ascii="Arial" w:hAnsi="Arial"/>
                <w:b/>
                <w:sz w:val="16"/>
                <w:lang w:val="lt-LT"/>
              </w:rPr>
              <w:t xml:space="preserve"> </w:t>
            </w:r>
          </w:p>
          <w:p w14:paraId="386A5EA5" w14:textId="24FDEE76" w:rsidR="00234ABD" w:rsidRPr="003565DD" w:rsidRDefault="00234ABD" w:rsidP="00234AB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0CB96AEA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00BA527" w14:textId="77777777" w:rsidR="003151A9" w:rsidRPr="003565DD" w:rsidRDefault="003151A9" w:rsidP="003151A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1-2-2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9CB75D3" w14:textId="47DE0959" w:rsidR="003151A9" w:rsidRPr="003565DD" w:rsidRDefault="00552FE8" w:rsidP="003151A9">
            <w:pPr>
              <w:rPr>
                <w:rFonts w:ascii="Arial" w:hAnsi="Arial"/>
                <w:sz w:val="17"/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 xml:space="preserve">Priemonė: </w:t>
            </w:r>
            <w:r w:rsidR="003151A9" w:rsidRPr="003565DD">
              <w:rPr>
                <w:rFonts w:ascii="Arial" w:hAnsi="Arial"/>
                <w:sz w:val="17"/>
                <w:lang w:val="lt-LT"/>
              </w:rPr>
              <w:t xml:space="preserve">Dalyvaujamojo biudžeto modelio plėtojimas ir projektinio finansavimo tobulinimas 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D740361" w14:textId="4AC33F5E" w:rsidR="003151A9" w:rsidRPr="003565DD" w:rsidRDefault="003151A9" w:rsidP="003151A9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Jaunimo reikalų koordinatorius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6B2A504" w14:textId="77777777" w:rsidR="003151A9" w:rsidRPr="003565DD" w:rsidRDefault="003151A9" w:rsidP="003151A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E7138D5" w14:textId="77777777" w:rsidR="003151A9" w:rsidRPr="003565DD" w:rsidRDefault="003151A9" w:rsidP="003151A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89E2DED" w14:textId="329C1C49" w:rsidR="003151A9" w:rsidRPr="003565DD" w:rsidRDefault="003151A9" w:rsidP="003151A9">
            <w:pPr>
              <w:rPr>
                <w:iCs/>
                <w:lang w:val="lt-LT"/>
              </w:rPr>
            </w:pPr>
            <w:r w:rsidRPr="003565DD">
              <w:rPr>
                <w:rFonts w:ascii="Arial" w:hAnsi="Arial"/>
                <w:iCs/>
                <w:sz w:val="16"/>
                <w:lang w:val="lt-LT"/>
              </w:rPr>
              <w:t>Bendruomeninių iniciatyvų skaičius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F768F68" w14:textId="77777777" w:rsidR="00552FE8" w:rsidRPr="003565DD" w:rsidRDefault="003151A9" w:rsidP="003151A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10 </w:t>
            </w:r>
          </w:p>
          <w:p w14:paraId="2754C22E" w14:textId="79F1E1F6" w:rsidR="003151A9" w:rsidRPr="003565DD" w:rsidRDefault="003151A9" w:rsidP="003151A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D969AC2" w14:textId="77777777" w:rsidR="00511F69" w:rsidRPr="003565DD" w:rsidRDefault="003151A9" w:rsidP="003151A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18 </w:t>
            </w:r>
          </w:p>
          <w:p w14:paraId="79AA1375" w14:textId="26ED6DB6" w:rsidR="003151A9" w:rsidRPr="003565DD" w:rsidRDefault="003151A9" w:rsidP="003151A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1090A6F6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E781131" w14:textId="5277B493" w:rsidR="00552FE8" w:rsidRPr="003565DD" w:rsidRDefault="00552FE8" w:rsidP="00552FE8">
            <w:pPr>
              <w:jc w:val="center"/>
              <w:rPr>
                <w:rFonts w:ascii="Arial" w:hAnsi="Arial"/>
                <w:sz w:val="17"/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1-2-3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F3879C4" w14:textId="1094F55A" w:rsidR="00552FE8" w:rsidRPr="003565DD" w:rsidRDefault="00552FE8" w:rsidP="00552FE8">
            <w:pPr>
              <w:rPr>
                <w:rFonts w:ascii="Arial" w:hAnsi="Arial"/>
                <w:sz w:val="17"/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Lygių galimybių (nediskriminavimo) ir pagalbos smurtą patyrusiems asmenims užtikrinimas (</w:t>
            </w:r>
            <w:r w:rsidR="003F61FE" w:rsidRPr="003565DD">
              <w:rPr>
                <w:rFonts w:ascii="Arial" w:hAnsi="Arial"/>
                <w:sz w:val="17"/>
                <w:lang w:val="lt-LT"/>
              </w:rPr>
              <w:t>paslaugų, susirinkimų, mokymų ir renginių organizavimas</w:t>
            </w:r>
            <w:r w:rsidRPr="003565DD">
              <w:rPr>
                <w:rFonts w:ascii="Arial" w:hAnsi="Arial"/>
                <w:sz w:val="17"/>
                <w:lang w:val="lt-LT"/>
              </w:rPr>
              <w:t>)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47A956E" w14:textId="77777777" w:rsidR="00944631" w:rsidRPr="003565DD" w:rsidRDefault="00552FE8" w:rsidP="00552FE8">
            <w:pPr>
              <w:rPr>
                <w:rFonts w:ascii="Arial" w:hAnsi="Arial"/>
                <w:i/>
                <w:sz w:val="15"/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Tarpinstitucinio bendradarbiavimo koordinatorė</w:t>
            </w:r>
            <w:r w:rsidR="00944631" w:rsidRPr="003565DD">
              <w:rPr>
                <w:rFonts w:ascii="Arial" w:hAnsi="Arial"/>
                <w:i/>
                <w:sz w:val="15"/>
                <w:lang w:val="lt-LT"/>
              </w:rPr>
              <w:t xml:space="preserve"> </w:t>
            </w:r>
          </w:p>
          <w:p w14:paraId="6D2904FF" w14:textId="77777777" w:rsidR="00944631" w:rsidRPr="003565DD" w:rsidRDefault="00944631" w:rsidP="00552FE8">
            <w:pPr>
              <w:rPr>
                <w:rFonts w:ascii="Arial" w:hAnsi="Arial"/>
                <w:i/>
                <w:sz w:val="15"/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 xml:space="preserve">Socialinės paramos skyriaus vedėjas </w:t>
            </w:r>
          </w:p>
          <w:p w14:paraId="04A41C83" w14:textId="194AFF18" w:rsidR="00552FE8" w:rsidRPr="003565DD" w:rsidRDefault="00944631" w:rsidP="00552FE8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Švietimo, kultūros ir sporto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6E68BEF" w14:textId="4708C77E" w:rsidR="00552FE8" w:rsidRPr="003565DD" w:rsidRDefault="00552FE8" w:rsidP="00552FE8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5930818" w14:textId="36DA1347" w:rsidR="00552FE8" w:rsidRPr="003565DD" w:rsidRDefault="00552FE8" w:rsidP="00552FE8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4AA6A5F" w14:textId="19B8BE86" w:rsidR="00552FE8" w:rsidRPr="003565DD" w:rsidRDefault="00552FE8" w:rsidP="00552FE8">
            <w:pPr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Pritaikytų savivaldybės interneto svetainių dalis pagal prieinamumo reikalavimus (</w:t>
            </w:r>
            <w:r w:rsidR="00252A9E" w:rsidRPr="003565DD">
              <w:rPr>
                <w:rFonts w:ascii="Arial" w:hAnsi="Arial"/>
                <w:sz w:val="16"/>
                <w:lang w:val="lt-LT"/>
              </w:rPr>
              <w:t>proc.</w:t>
            </w:r>
            <w:r w:rsidRPr="003565DD">
              <w:rPr>
                <w:rFonts w:ascii="Arial" w:hAnsi="Arial"/>
                <w:sz w:val="16"/>
                <w:lang w:val="lt-LT"/>
              </w:rPr>
              <w:t>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FD00DFE" w14:textId="5F71D8F2" w:rsidR="00552FE8" w:rsidRPr="003565DD" w:rsidRDefault="00552FE8" w:rsidP="00552FE8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80 </w:t>
            </w:r>
          </w:p>
          <w:p w14:paraId="38BF767C" w14:textId="7ADB72CD" w:rsidR="00552FE8" w:rsidRPr="003565DD" w:rsidRDefault="00552FE8" w:rsidP="00552FE8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60535C2" w14:textId="747A5FD4" w:rsidR="00552FE8" w:rsidRPr="003565DD" w:rsidRDefault="00552FE8" w:rsidP="00552FE8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100</w:t>
            </w:r>
          </w:p>
          <w:p w14:paraId="243140D3" w14:textId="7BB5BC49" w:rsidR="00552FE8" w:rsidRPr="003565DD" w:rsidRDefault="00552FE8" w:rsidP="00552FE8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01EE1F6E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0474CC7" w14:textId="714A825A" w:rsidR="00552FE8" w:rsidRPr="003565DD" w:rsidRDefault="00552FE8" w:rsidP="00552FE8">
            <w:pPr>
              <w:jc w:val="center"/>
              <w:rPr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A5949DC" w14:textId="1184A059" w:rsidR="00552FE8" w:rsidRPr="003565DD" w:rsidRDefault="00552FE8" w:rsidP="00552FE8">
            <w:pPr>
              <w:rPr>
                <w:strike/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E732F0D" w14:textId="724B3532" w:rsidR="00552FE8" w:rsidRPr="003565DD" w:rsidRDefault="00552FE8" w:rsidP="00552FE8">
            <w:pPr>
              <w:rPr>
                <w:strike/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3E0CD0E" w14:textId="0AC009CF" w:rsidR="00552FE8" w:rsidRPr="003565DD" w:rsidRDefault="00552FE8" w:rsidP="00552FE8">
            <w:pPr>
              <w:jc w:val="center"/>
              <w:rPr>
                <w:strike/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22768EE" w14:textId="715CA8AE" w:rsidR="00552FE8" w:rsidRPr="003565DD" w:rsidRDefault="00552FE8" w:rsidP="00552FE8">
            <w:pPr>
              <w:jc w:val="center"/>
              <w:rPr>
                <w:strike/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CF139F1" w14:textId="01B5B39E" w:rsidR="00552FE8" w:rsidRPr="003565DD" w:rsidRDefault="00552FE8" w:rsidP="00552FE8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Visuomenės švietimo kampanijų ir mokymų darbuotojams skaičius (vnt./m</w:t>
            </w:r>
            <w:r w:rsidR="00252A9E" w:rsidRPr="003565DD">
              <w:rPr>
                <w:rFonts w:ascii="Arial" w:hAnsi="Arial"/>
                <w:sz w:val="16"/>
                <w:lang w:val="lt-LT"/>
              </w:rPr>
              <w:t>etus</w:t>
            </w:r>
            <w:r w:rsidRPr="003565DD">
              <w:rPr>
                <w:rFonts w:ascii="Arial" w:hAnsi="Arial"/>
                <w:sz w:val="16"/>
                <w:lang w:val="lt-LT"/>
              </w:rPr>
              <w:t>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FD3B3D3" w14:textId="77777777" w:rsidR="00552FE8" w:rsidRPr="003565DD" w:rsidRDefault="00552FE8" w:rsidP="00552FE8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3 </w:t>
            </w:r>
          </w:p>
          <w:p w14:paraId="2D48B755" w14:textId="6E06A423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93E170A" w14:textId="77777777" w:rsidR="00552FE8" w:rsidRPr="003565DD" w:rsidRDefault="00552FE8" w:rsidP="00552FE8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5 </w:t>
            </w:r>
          </w:p>
          <w:p w14:paraId="59ADF71E" w14:textId="10EC030F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1F4C67CC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7387729" w14:textId="29F5EAF9" w:rsidR="00552FE8" w:rsidRPr="003565DD" w:rsidRDefault="00552FE8" w:rsidP="00552FE8">
            <w:pPr>
              <w:jc w:val="center"/>
              <w:rPr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C401C37" w14:textId="261BE503" w:rsidR="00552FE8" w:rsidRPr="003565DD" w:rsidRDefault="00552FE8" w:rsidP="00552FE8">
            <w:pPr>
              <w:rPr>
                <w:strike/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2873CEE" w14:textId="54A3AC75" w:rsidR="00552FE8" w:rsidRPr="003565DD" w:rsidRDefault="00552FE8" w:rsidP="00552FE8">
            <w:pPr>
              <w:rPr>
                <w:strike/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9392CDD" w14:textId="5A78500B" w:rsidR="00552FE8" w:rsidRPr="003565DD" w:rsidRDefault="00552FE8" w:rsidP="00552FE8">
            <w:pPr>
              <w:jc w:val="center"/>
              <w:rPr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17AC8D1" w14:textId="28081E1F" w:rsidR="00552FE8" w:rsidRPr="003565DD" w:rsidRDefault="00552FE8" w:rsidP="00552FE8">
            <w:pPr>
              <w:jc w:val="center"/>
              <w:rPr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E76E30D" w14:textId="536E839F" w:rsidR="00552FE8" w:rsidRPr="003565DD" w:rsidRDefault="00552FE8" w:rsidP="00552FE8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Moterų, pradedančių savarankišką veiklą (verslo liudijimas ar individuali veikla), skaičius</w:t>
            </w:r>
            <w:r w:rsidR="00252A9E" w:rsidRPr="003565DD">
              <w:rPr>
                <w:rFonts w:ascii="Arial" w:hAnsi="Arial"/>
                <w:sz w:val="16"/>
                <w:lang w:val="lt-LT"/>
              </w:rPr>
              <w:t xml:space="preserve"> (asm.)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1F13D7E" w14:textId="6D5AAFA0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Nustatoma 2026 m.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60BFDC2" w14:textId="77777777" w:rsidR="00552FE8" w:rsidRPr="003565DD" w:rsidRDefault="00552FE8" w:rsidP="00552FE8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+10 % </w:t>
            </w:r>
          </w:p>
          <w:p w14:paraId="2ED0E776" w14:textId="47A668B7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23294C77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136ACFD" w14:textId="5A440CC0" w:rsidR="00552FE8" w:rsidRPr="003565DD" w:rsidRDefault="00552FE8" w:rsidP="00552FE8">
            <w:pPr>
              <w:jc w:val="center"/>
              <w:rPr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997425F" w14:textId="78751C61" w:rsidR="00552FE8" w:rsidRPr="003565DD" w:rsidRDefault="00552FE8" w:rsidP="00552FE8">
            <w:pPr>
              <w:rPr>
                <w:strike/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ADA15E4" w14:textId="5B845195" w:rsidR="00552FE8" w:rsidRPr="003565DD" w:rsidRDefault="00552FE8" w:rsidP="00552FE8">
            <w:pPr>
              <w:rPr>
                <w:strike/>
                <w:highlight w:val="yellow"/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B86D4CD" w14:textId="46FFE83D" w:rsidR="00552FE8" w:rsidRPr="003565DD" w:rsidRDefault="00552FE8" w:rsidP="00552FE8">
            <w:pPr>
              <w:jc w:val="center"/>
              <w:rPr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E9E7173" w14:textId="172D7C22" w:rsidR="00552FE8" w:rsidRPr="003565DD" w:rsidRDefault="00552FE8" w:rsidP="00552FE8">
            <w:pPr>
              <w:jc w:val="center"/>
              <w:rPr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F730C5D" w14:textId="1047CD66" w:rsidR="00552FE8" w:rsidRPr="003565DD" w:rsidRDefault="00552FE8" w:rsidP="00552FE8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Nukentėjusių asmenų, kuriems suteikta operatyvi krizių įveikimo ar apgyvendinimo paslauga, dalis (</w:t>
            </w:r>
            <w:r w:rsidR="00252A9E" w:rsidRPr="003565DD">
              <w:rPr>
                <w:rFonts w:ascii="Arial" w:hAnsi="Arial"/>
                <w:sz w:val="16"/>
                <w:lang w:val="lt-LT"/>
              </w:rPr>
              <w:t>proc.</w:t>
            </w:r>
            <w:r w:rsidRPr="003565DD">
              <w:rPr>
                <w:rFonts w:ascii="Arial" w:hAnsi="Arial"/>
                <w:sz w:val="16"/>
                <w:lang w:val="lt-LT"/>
              </w:rPr>
              <w:t>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4551119" w14:textId="5B24804A" w:rsidR="00552FE8" w:rsidRPr="003565DD" w:rsidRDefault="00552FE8" w:rsidP="00552FE8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30</w:t>
            </w:r>
          </w:p>
          <w:p w14:paraId="3BAE1F7B" w14:textId="3C4E5664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242EB6B" w14:textId="32EDB230" w:rsidR="00552FE8" w:rsidRPr="003565DD" w:rsidRDefault="00552FE8" w:rsidP="00552FE8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100</w:t>
            </w:r>
          </w:p>
          <w:p w14:paraId="21FA8767" w14:textId="2512EE0B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1B8501FD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267471A" w14:textId="7FAA07B9" w:rsidR="00552FE8" w:rsidRPr="003565DD" w:rsidRDefault="00552FE8" w:rsidP="00552FE8">
            <w:pPr>
              <w:jc w:val="center"/>
              <w:rPr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F1F6A11" w14:textId="445627D1" w:rsidR="00552FE8" w:rsidRPr="003565DD" w:rsidRDefault="00552FE8" w:rsidP="00552FE8">
            <w:pPr>
              <w:rPr>
                <w:strike/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334DBCF" w14:textId="37CDC6B7" w:rsidR="00552FE8" w:rsidRPr="003565DD" w:rsidRDefault="00552FE8" w:rsidP="00552FE8">
            <w:pPr>
              <w:rPr>
                <w:strike/>
                <w:highlight w:val="yellow"/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DE13F36" w14:textId="77220CA8" w:rsidR="00552FE8" w:rsidRPr="003565DD" w:rsidRDefault="00552FE8" w:rsidP="00552FE8">
            <w:pPr>
              <w:jc w:val="center"/>
              <w:rPr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542B822" w14:textId="3FCEAF26" w:rsidR="00552FE8" w:rsidRPr="003565DD" w:rsidRDefault="00552FE8" w:rsidP="00552FE8">
            <w:pPr>
              <w:jc w:val="center"/>
              <w:rPr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B9EE610" w14:textId="5E0AC98E" w:rsidR="00552FE8" w:rsidRPr="003565DD" w:rsidRDefault="00552FE8" w:rsidP="00552FE8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Prevencinėse programose mokyklose dalyvavusių mokinių dalis (</w:t>
            </w:r>
            <w:r w:rsidR="00252A9E" w:rsidRPr="003565DD">
              <w:rPr>
                <w:rFonts w:ascii="Arial" w:hAnsi="Arial"/>
                <w:sz w:val="16"/>
                <w:lang w:val="lt-LT"/>
              </w:rPr>
              <w:t>proc.</w:t>
            </w:r>
            <w:r w:rsidRPr="003565DD">
              <w:rPr>
                <w:rFonts w:ascii="Arial" w:hAnsi="Arial"/>
                <w:sz w:val="16"/>
                <w:lang w:val="lt-LT"/>
              </w:rPr>
              <w:t>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6532C1E" w14:textId="5EE3418C" w:rsidR="00552FE8" w:rsidRPr="003565DD" w:rsidRDefault="00552FE8" w:rsidP="00552FE8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70 </w:t>
            </w:r>
          </w:p>
          <w:p w14:paraId="29ECDB5D" w14:textId="6E7DAC98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80494AD" w14:textId="4570EDE0" w:rsidR="00552FE8" w:rsidRPr="003565DD" w:rsidRDefault="00552FE8" w:rsidP="00552FE8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90</w:t>
            </w:r>
          </w:p>
          <w:p w14:paraId="7EA859AB" w14:textId="1FD06021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3F9E628C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8AA0CF8" w14:textId="38F74C94" w:rsidR="00552FE8" w:rsidRPr="003565DD" w:rsidRDefault="00552FE8" w:rsidP="00552FE8">
            <w:pPr>
              <w:jc w:val="center"/>
              <w:rPr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EC05991" w14:textId="1BE0F03C" w:rsidR="00552FE8" w:rsidRPr="003565DD" w:rsidRDefault="00552FE8" w:rsidP="00552FE8">
            <w:pPr>
              <w:rPr>
                <w:strike/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438D07E" w14:textId="0499D083" w:rsidR="00552FE8" w:rsidRPr="003565DD" w:rsidRDefault="00552FE8" w:rsidP="00552FE8">
            <w:pPr>
              <w:rPr>
                <w:strike/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2A329D3" w14:textId="6269817F" w:rsidR="00552FE8" w:rsidRPr="003565DD" w:rsidRDefault="00552FE8" w:rsidP="00552FE8">
            <w:pPr>
              <w:jc w:val="center"/>
              <w:rPr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8883209" w14:textId="38424BFA" w:rsidR="00552FE8" w:rsidRPr="003565DD" w:rsidRDefault="00552FE8" w:rsidP="00552FE8">
            <w:pPr>
              <w:jc w:val="center"/>
              <w:rPr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BF44774" w14:textId="0B187D84" w:rsidR="00552FE8" w:rsidRPr="003565DD" w:rsidRDefault="00552FE8" w:rsidP="00552FE8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Informacinių-prevencinių renginių ir akcijų skaičius (vnt./m</w:t>
            </w:r>
            <w:r w:rsidR="00252A9E" w:rsidRPr="003565DD">
              <w:rPr>
                <w:rFonts w:ascii="Arial" w:hAnsi="Arial"/>
                <w:sz w:val="16"/>
                <w:lang w:val="lt-LT"/>
              </w:rPr>
              <w:t>etus</w:t>
            </w:r>
            <w:r w:rsidRPr="003565DD">
              <w:rPr>
                <w:rFonts w:ascii="Arial" w:hAnsi="Arial"/>
                <w:sz w:val="16"/>
                <w:lang w:val="lt-LT"/>
              </w:rPr>
              <w:t>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1A304C2" w14:textId="77777777" w:rsidR="00552FE8" w:rsidRPr="003565DD" w:rsidRDefault="00552FE8" w:rsidP="00552FE8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3 </w:t>
            </w:r>
          </w:p>
          <w:p w14:paraId="25661239" w14:textId="09216818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0892A1C" w14:textId="77777777" w:rsidR="00552FE8" w:rsidRPr="003565DD" w:rsidRDefault="00552FE8" w:rsidP="00552FE8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≥ 5 </w:t>
            </w:r>
          </w:p>
          <w:p w14:paraId="57D5C975" w14:textId="02C87DA7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552C8093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5628438" w14:textId="46BD3EEE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>1</w:t>
            </w:r>
            <w:r w:rsidR="00F35C2D" w:rsidRPr="003565DD">
              <w:rPr>
                <w:rFonts w:ascii="Arial" w:hAnsi="Arial"/>
                <w:b/>
                <w:sz w:val="17"/>
                <w:lang w:val="lt-LT"/>
              </w:rPr>
              <w:t>-</w:t>
            </w:r>
            <w:r w:rsidRPr="003565DD">
              <w:rPr>
                <w:rFonts w:ascii="Arial" w:hAnsi="Arial"/>
                <w:b/>
                <w:sz w:val="17"/>
                <w:lang w:val="lt-LT"/>
              </w:rPr>
              <w:t>3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92FB61C" w14:textId="77777777" w:rsidR="00F35C2D" w:rsidRPr="003565DD" w:rsidRDefault="00552FE8" w:rsidP="00552FE8">
            <w:pPr>
              <w:rPr>
                <w:rFonts w:ascii="Arial" w:hAnsi="Arial"/>
                <w:b/>
                <w:sz w:val="17"/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 xml:space="preserve">Uždavinys: </w:t>
            </w:r>
          </w:p>
          <w:p w14:paraId="3F774657" w14:textId="299A8D69" w:rsidR="00552FE8" w:rsidRPr="003565DD" w:rsidRDefault="00552FE8" w:rsidP="00552FE8">
            <w:pPr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>Modernizuoti gyvenamąją aplinką, viešąsias erdves ir komunalinę infrastruktūrą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DD243F5" w14:textId="77777777" w:rsidR="00552FE8" w:rsidRPr="003565DD" w:rsidRDefault="00552FE8" w:rsidP="00552FE8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685EB5D" w14:textId="77777777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AA33510" w14:textId="77777777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2377E55" w14:textId="64DDF16C" w:rsidR="00552FE8" w:rsidRPr="003565DD" w:rsidRDefault="00552FE8" w:rsidP="00552FE8">
            <w:pPr>
              <w:rPr>
                <w:iCs/>
                <w:lang w:val="lt-LT"/>
              </w:rPr>
            </w:pPr>
            <w:r w:rsidRPr="003565DD">
              <w:rPr>
                <w:rFonts w:ascii="Arial" w:hAnsi="Arial"/>
                <w:iCs/>
                <w:sz w:val="16"/>
                <w:lang w:val="lt-LT"/>
              </w:rPr>
              <w:t>Daugiabučių namų, kurių gyvenamoji aplinka modernizuota, dalis</w:t>
            </w:r>
            <w:r w:rsidR="00252A9E" w:rsidRPr="003565DD">
              <w:rPr>
                <w:rFonts w:ascii="Arial" w:hAnsi="Arial"/>
                <w:iCs/>
                <w:sz w:val="16"/>
                <w:lang w:val="lt-LT"/>
              </w:rPr>
              <w:t xml:space="preserve"> (proc.)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2CDDE8A" w14:textId="3183A62F" w:rsidR="00552FE8" w:rsidRPr="003565DD" w:rsidRDefault="00552FE8" w:rsidP="00552FE8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xxx </w:t>
            </w:r>
          </w:p>
          <w:p w14:paraId="45F63C59" w14:textId="4E273FF8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57FFDC6" w14:textId="50415749" w:rsidR="00552FE8" w:rsidRPr="003565DD" w:rsidRDefault="00552FE8" w:rsidP="00552FE8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xxx</w:t>
            </w:r>
          </w:p>
          <w:p w14:paraId="12760863" w14:textId="22A7B44A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113728E3" w14:textId="77777777" w:rsidTr="001E4317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74D739A" w14:textId="77777777" w:rsidR="00552FE8" w:rsidRPr="003565DD" w:rsidRDefault="00552FE8" w:rsidP="00552FE8">
            <w:pPr>
              <w:rPr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1589982" w14:textId="77777777" w:rsidR="00552FE8" w:rsidRPr="003565DD" w:rsidRDefault="00552FE8" w:rsidP="00552FE8">
            <w:pPr>
              <w:rPr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F0603C5" w14:textId="77777777" w:rsidR="00552FE8" w:rsidRPr="003565DD" w:rsidRDefault="00552FE8" w:rsidP="00552FE8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4CB537D" w14:textId="77777777" w:rsidR="00552FE8" w:rsidRPr="003565DD" w:rsidRDefault="00552FE8" w:rsidP="00552FE8">
            <w:pPr>
              <w:rPr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74EC1B8" w14:textId="77777777" w:rsidR="00552FE8" w:rsidRPr="003565DD" w:rsidRDefault="00552FE8" w:rsidP="00552FE8">
            <w:pPr>
              <w:rPr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36A8B7B" w14:textId="44D37789" w:rsidR="00552FE8" w:rsidRPr="003565DD" w:rsidRDefault="00552FE8" w:rsidP="00552FE8">
            <w:pPr>
              <w:rPr>
                <w:iCs/>
                <w:lang w:val="lt-LT"/>
              </w:rPr>
            </w:pPr>
            <w:r w:rsidRPr="003565DD">
              <w:rPr>
                <w:rFonts w:ascii="Arial" w:hAnsi="Arial"/>
                <w:iCs/>
                <w:sz w:val="16"/>
                <w:lang w:val="lt-LT"/>
              </w:rPr>
              <w:t>Kelių su asfalto danga dalis nuo bendro kelių ilgio (</w:t>
            </w:r>
            <w:r w:rsidR="00A7592D" w:rsidRPr="003565DD">
              <w:rPr>
                <w:rFonts w:ascii="Arial" w:hAnsi="Arial"/>
                <w:iCs/>
                <w:sz w:val="16"/>
                <w:lang w:val="lt-LT"/>
              </w:rPr>
              <w:t>proc.</w:t>
            </w:r>
            <w:r w:rsidRPr="003565DD">
              <w:rPr>
                <w:rFonts w:ascii="Arial" w:hAnsi="Arial"/>
                <w:iCs/>
                <w:sz w:val="16"/>
                <w:lang w:val="lt-LT"/>
              </w:rPr>
              <w:t>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253FFAE" w14:textId="77777777" w:rsidR="00A7592D" w:rsidRPr="003565DD" w:rsidRDefault="00F35C2D" w:rsidP="00552FE8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xxx</w:t>
            </w:r>
            <w:r w:rsidR="00552FE8" w:rsidRPr="003565DD">
              <w:rPr>
                <w:rFonts w:ascii="Arial" w:hAnsi="Arial"/>
                <w:sz w:val="16"/>
                <w:lang w:val="lt-LT"/>
              </w:rPr>
              <w:t xml:space="preserve"> </w:t>
            </w:r>
          </w:p>
          <w:p w14:paraId="1975CD25" w14:textId="5EC9E49B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6A387B6" w14:textId="6B8462DE" w:rsidR="00F35C2D" w:rsidRPr="003565DD" w:rsidRDefault="00F35C2D" w:rsidP="00552FE8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xxx</w:t>
            </w:r>
            <w:r w:rsidR="00552FE8" w:rsidRPr="003565DD">
              <w:rPr>
                <w:rFonts w:ascii="Arial" w:hAnsi="Arial"/>
                <w:b/>
                <w:sz w:val="16"/>
                <w:lang w:val="lt-LT"/>
              </w:rPr>
              <w:t xml:space="preserve"> </w:t>
            </w:r>
          </w:p>
          <w:p w14:paraId="574BC7A7" w14:textId="02411A88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4753EFDD" w14:textId="77777777" w:rsidTr="001E4317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C28506E" w14:textId="77777777" w:rsidR="00552FE8" w:rsidRPr="003565DD" w:rsidRDefault="00552FE8" w:rsidP="00552FE8">
            <w:pPr>
              <w:rPr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1A235C6" w14:textId="77777777" w:rsidR="00552FE8" w:rsidRPr="003565DD" w:rsidRDefault="00552FE8" w:rsidP="00552FE8">
            <w:pPr>
              <w:rPr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6F5AE0B" w14:textId="77777777" w:rsidR="00552FE8" w:rsidRPr="003565DD" w:rsidRDefault="00552FE8" w:rsidP="00552FE8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A22AFEA" w14:textId="77777777" w:rsidR="00552FE8" w:rsidRPr="003565DD" w:rsidRDefault="00552FE8" w:rsidP="00552FE8">
            <w:pPr>
              <w:rPr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FC39A17" w14:textId="77777777" w:rsidR="00552FE8" w:rsidRPr="003565DD" w:rsidRDefault="00552FE8" w:rsidP="00552FE8">
            <w:pPr>
              <w:rPr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DFB6EC0" w14:textId="77777777" w:rsidR="00552FE8" w:rsidRPr="003565DD" w:rsidRDefault="00552FE8" w:rsidP="00552FE8">
            <w:pPr>
              <w:rPr>
                <w:iCs/>
                <w:lang w:val="lt-LT"/>
              </w:rPr>
            </w:pPr>
            <w:r w:rsidRPr="003565DD">
              <w:rPr>
                <w:rFonts w:ascii="Arial" w:hAnsi="Arial"/>
                <w:iCs/>
                <w:sz w:val="16"/>
                <w:lang w:val="lt-LT"/>
              </w:rPr>
              <w:t>Savivaldybės būstai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0986414" w14:textId="77777777" w:rsidR="00F35C2D" w:rsidRPr="003565DD" w:rsidRDefault="00552FE8" w:rsidP="00552FE8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162 </w:t>
            </w:r>
          </w:p>
          <w:p w14:paraId="01D4821D" w14:textId="7657C7C9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EE7FD76" w14:textId="77777777" w:rsidR="00F35C2D" w:rsidRPr="003565DD" w:rsidRDefault="00552FE8" w:rsidP="00552FE8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200 </w:t>
            </w:r>
          </w:p>
          <w:p w14:paraId="50903527" w14:textId="11442910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4A7CB4ED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A25C1D4" w14:textId="77777777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1-3-1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589EC56" w14:textId="3C04EFA1" w:rsidR="00552FE8" w:rsidRPr="003565DD" w:rsidRDefault="00552FE8" w:rsidP="00552FE8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Viešųjų erdvių apšvietimo tinklų modernizavimas ir plėtra (</w:t>
            </w:r>
            <w:r w:rsidR="002D0D9E" w:rsidRPr="003565DD">
              <w:rPr>
                <w:rFonts w:ascii="Arial" w:hAnsi="Arial"/>
                <w:sz w:val="17"/>
                <w:lang w:val="lt-LT"/>
              </w:rPr>
              <w:t>natrio ir</w:t>
            </w:r>
            <w:r w:rsidR="006547E5" w:rsidRPr="003565DD">
              <w:rPr>
                <w:rFonts w:ascii="Arial" w:hAnsi="Arial"/>
                <w:sz w:val="17"/>
                <w:lang w:val="lt-LT"/>
              </w:rPr>
              <w:t xml:space="preserve"> </w:t>
            </w:r>
            <w:r w:rsidR="002D0D9E" w:rsidRPr="003565DD">
              <w:rPr>
                <w:rFonts w:ascii="Arial" w:hAnsi="Arial"/>
                <w:sz w:val="17"/>
                <w:lang w:val="lt-LT"/>
              </w:rPr>
              <w:t>/</w:t>
            </w:r>
            <w:r w:rsidR="006547E5" w:rsidRPr="003565DD">
              <w:rPr>
                <w:rFonts w:ascii="Arial" w:hAnsi="Arial"/>
                <w:sz w:val="17"/>
                <w:lang w:val="lt-LT"/>
              </w:rPr>
              <w:t xml:space="preserve"> </w:t>
            </w:r>
            <w:r w:rsidR="002D0D9E" w:rsidRPr="003565DD">
              <w:rPr>
                <w:rFonts w:ascii="Arial" w:hAnsi="Arial"/>
                <w:sz w:val="17"/>
                <w:lang w:val="lt-LT"/>
              </w:rPr>
              <w:t xml:space="preserve">ar senų LED </w:t>
            </w:r>
            <w:r w:rsidRPr="003565DD">
              <w:rPr>
                <w:rFonts w:ascii="Arial" w:hAnsi="Arial"/>
                <w:sz w:val="17"/>
                <w:lang w:val="lt-LT"/>
              </w:rPr>
              <w:t>šviestuvų keitimas, valdymo sistemų diegimas ir pan.)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73C5EB4" w14:textId="77777777" w:rsidR="00552FE8" w:rsidRPr="003565DD" w:rsidRDefault="00552FE8" w:rsidP="00552FE8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Infrastruktūros ir turto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20A19D4" w14:textId="77777777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88D85DA" w14:textId="77777777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854B9A3" w14:textId="460B9063" w:rsidR="00552FE8" w:rsidRPr="003565DD" w:rsidRDefault="00552FE8" w:rsidP="00552FE8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Modernizuotų šviestuvų skaičius (vnt.</w:t>
            </w:r>
            <w:r w:rsidR="00A7592D" w:rsidRPr="003565DD">
              <w:rPr>
                <w:rFonts w:ascii="Arial" w:hAnsi="Arial"/>
                <w:sz w:val="16"/>
                <w:lang w:val="lt-LT"/>
              </w:rPr>
              <w:t xml:space="preserve"> / proc.</w:t>
            </w:r>
            <w:r w:rsidRPr="003565DD">
              <w:rPr>
                <w:rFonts w:ascii="Arial" w:hAnsi="Arial"/>
                <w:sz w:val="16"/>
                <w:lang w:val="lt-LT"/>
              </w:rPr>
              <w:t>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E11814A" w14:textId="77777777" w:rsidR="00511F69" w:rsidRPr="003565DD" w:rsidRDefault="00511F69" w:rsidP="00552FE8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xxx</w:t>
            </w:r>
            <w:r w:rsidR="00552FE8" w:rsidRPr="003565DD">
              <w:rPr>
                <w:rFonts w:ascii="Arial" w:hAnsi="Arial"/>
                <w:sz w:val="16"/>
                <w:lang w:val="lt-LT"/>
              </w:rPr>
              <w:t xml:space="preserve"> </w:t>
            </w:r>
          </w:p>
          <w:p w14:paraId="456279F5" w14:textId="2EE7CE49" w:rsidR="00552FE8" w:rsidRPr="003565DD" w:rsidRDefault="00511F69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</w:t>
            </w:r>
            <w:r w:rsidR="00552FE8" w:rsidRPr="003565DD">
              <w:rPr>
                <w:rFonts w:ascii="Arial" w:hAnsi="Arial"/>
                <w:sz w:val="16"/>
                <w:lang w:val="lt-LT"/>
              </w:rPr>
              <w:t>2026 m.</w:t>
            </w:r>
            <w:r w:rsidRPr="003565DD">
              <w:rPr>
                <w:rFonts w:ascii="Arial" w:hAnsi="Arial"/>
                <w:sz w:val="16"/>
                <w:lang w:val="lt-LT"/>
              </w:rPr>
              <w:t>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A793529" w14:textId="2D75DD87" w:rsidR="00F35C2D" w:rsidRPr="003565DD" w:rsidRDefault="002D0D9E" w:rsidP="00552FE8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90</w:t>
            </w:r>
            <w:r w:rsidR="00A7592D" w:rsidRPr="003565DD">
              <w:rPr>
                <w:rFonts w:ascii="Arial" w:hAnsi="Arial"/>
                <w:b/>
                <w:sz w:val="16"/>
                <w:lang w:val="lt-LT"/>
              </w:rPr>
              <w:t xml:space="preserve"> proc.</w:t>
            </w:r>
          </w:p>
          <w:p w14:paraId="6DED7A60" w14:textId="283AFFEF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7407EC49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D35D246" w14:textId="77777777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1-3-2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4D089AC" w14:textId="7BA1EAC2" w:rsidR="00552FE8" w:rsidRPr="003565DD" w:rsidRDefault="00552FE8" w:rsidP="00552FE8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Daugiabučių namų renovacija ir gyvenamosios aplinkos infrastruktūros modernizavimas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F3E2E7A" w14:textId="77777777" w:rsidR="00552FE8" w:rsidRPr="003565DD" w:rsidRDefault="00552FE8" w:rsidP="00552FE8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Infrastruktūros ir turto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F89D17E" w14:textId="77777777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5369A15" w14:textId="77777777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AC1B9CC" w14:textId="658EFE65" w:rsidR="00552FE8" w:rsidRPr="003565DD" w:rsidRDefault="00552FE8" w:rsidP="00552FE8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Renovuotų daugiabučių namų skaičius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54DC72D" w14:textId="77777777" w:rsidR="00F35C2D" w:rsidRPr="003565DD" w:rsidRDefault="00552FE8" w:rsidP="00552FE8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42 </w:t>
            </w:r>
          </w:p>
          <w:p w14:paraId="15019A5C" w14:textId="16F94EB9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8E2B933" w14:textId="18B069C9" w:rsidR="00511F69" w:rsidRPr="003565DD" w:rsidRDefault="00511F69" w:rsidP="00511F6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xxx </w:t>
            </w:r>
          </w:p>
          <w:p w14:paraId="798B6754" w14:textId="0CE7B2A8" w:rsidR="00552FE8" w:rsidRPr="003565DD" w:rsidRDefault="00511F69" w:rsidP="00511F6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256DE288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539D24C" w14:textId="77777777" w:rsidR="00552FE8" w:rsidRPr="003565DD" w:rsidRDefault="00552FE8" w:rsidP="00552FE8">
            <w:pPr>
              <w:jc w:val="center"/>
              <w:rPr>
                <w:rFonts w:ascii="Arial" w:hAnsi="Arial"/>
                <w:sz w:val="17"/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6457D09" w14:textId="77777777" w:rsidR="00552FE8" w:rsidRPr="003565DD" w:rsidRDefault="00552FE8" w:rsidP="00552FE8">
            <w:pPr>
              <w:rPr>
                <w:rFonts w:ascii="Arial" w:hAnsi="Arial"/>
                <w:sz w:val="17"/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2DA8A6D" w14:textId="77777777" w:rsidR="00552FE8" w:rsidRPr="003565DD" w:rsidRDefault="00552FE8" w:rsidP="00552FE8">
            <w:pPr>
              <w:rPr>
                <w:rFonts w:ascii="Arial" w:hAnsi="Arial"/>
                <w:i/>
                <w:sz w:val="15"/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4FD4E5E" w14:textId="77777777" w:rsidR="00552FE8" w:rsidRPr="003565DD" w:rsidRDefault="00552FE8" w:rsidP="00552FE8">
            <w:pPr>
              <w:jc w:val="center"/>
              <w:rPr>
                <w:rFonts w:ascii="Arial" w:hAnsi="Arial"/>
                <w:sz w:val="16"/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4B42CA9" w14:textId="77777777" w:rsidR="00552FE8" w:rsidRPr="003565DD" w:rsidRDefault="00552FE8" w:rsidP="00552FE8">
            <w:pPr>
              <w:jc w:val="center"/>
              <w:rPr>
                <w:rFonts w:ascii="Arial" w:hAnsi="Arial"/>
                <w:sz w:val="16"/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F22384B" w14:textId="6E083EB5" w:rsidR="00552FE8" w:rsidRPr="003565DD" w:rsidRDefault="00552FE8" w:rsidP="00552FE8">
            <w:pPr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Modernizuotos infrastruktūros skaičius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84DC912" w14:textId="47ABB49B" w:rsidR="00F35C2D" w:rsidRPr="003565DD" w:rsidRDefault="00511F69" w:rsidP="00552FE8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xxx</w:t>
            </w:r>
            <w:r w:rsidR="00552FE8" w:rsidRPr="003565DD">
              <w:rPr>
                <w:rFonts w:ascii="Arial" w:hAnsi="Arial"/>
                <w:sz w:val="16"/>
                <w:lang w:val="lt-LT"/>
              </w:rPr>
              <w:t xml:space="preserve"> </w:t>
            </w:r>
          </w:p>
          <w:p w14:paraId="1ED67A7A" w14:textId="26504D32" w:rsidR="00552FE8" w:rsidRPr="003565DD" w:rsidRDefault="00552FE8" w:rsidP="00552FE8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</w:t>
            </w:r>
            <w:r w:rsidR="00511F69" w:rsidRPr="003565DD">
              <w:rPr>
                <w:rFonts w:ascii="Arial" w:hAnsi="Arial"/>
                <w:sz w:val="16"/>
                <w:lang w:val="lt-LT"/>
              </w:rPr>
              <w:t>6</w:t>
            </w:r>
            <w:r w:rsidRPr="003565DD">
              <w:rPr>
                <w:rFonts w:ascii="Arial" w:hAnsi="Arial"/>
                <w:sz w:val="16"/>
                <w:lang w:val="lt-LT"/>
              </w:rPr>
              <w:t xml:space="preserve">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FAC9B45" w14:textId="77777777" w:rsidR="00511F69" w:rsidRPr="003565DD" w:rsidRDefault="00511F69" w:rsidP="00511F6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xxx </w:t>
            </w:r>
          </w:p>
          <w:p w14:paraId="25255D02" w14:textId="7BCD84FF" w:rsidR="00552FE8" w:rsidRPr="003565DD" w:rsidRDefault="00511F69" w:rsidP="00511F6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3E339EA1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F00A693" w14:textId="77777777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1-3-3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7035190" w14:textId="77777777" w:rsidR="00552FE8" w:rsidRPr="003565DD" w:rsidRDefault="00552FE8" w:rsidP="00552FE8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Vandens tiekimo ir nuotekų tvarkymo infrastruktūros rekonstrukcija ir plėtra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55CB40A" w14:textId="77E8BA5D" w:rsidR="00552FE8" w:rsidRPr="003565DD" w:rsidRDefault="00552FE8" w:rsidP="00552FE8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Infrastruktūros ir turto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073BC58" w14:textId="77777777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30D7E92" w14:textId="77777777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7BD7197" w14:textId="77777777" w:rsidR="00552FE8" w:rsidRPr="003565DD" w:rsidRDefault="00552FE8" w:rsidP="00552FE8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Rekonstruotų/naujų vandentiekio ir nuotekų tinklų ilgis (km)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9BBA3CC" w14:textId="77777777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Nustatoma 2026 m.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26862C0" w14:textId="77777777" w:rsidR="00511F69" w:rsidRPr="003565DD" w:rsidRDefault="00511F69" w:rsidP="00511F6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xxx </w:t>
            </w:r>
          </w:p>
          <w:p w14:paraId="4E8778D7" w14:textId="79A108A8" w:rsidR="00552FE8" w:rsidRPr="003565DD" w:rsidRDefault="00511F69" w:rsidP="00511F6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3880640E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D596E1D" w14:textId="77777777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lastRenderedPageBreak/>
              <w:t>1-3-4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AE23064" w14:textId="4A735ECB" w:rsidR="00552FE8" w:rsidRPr="003565DD" w:rsidRDefault="00552FE8" w:rsidP="00552FE8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Atliekų tvarkymo sistemos tobulinimas (įrengimas, modernizavimas ir švietimas)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2674EB5" w14:textId="77777777" w:rsidR="00552FE8" w:rsidRPr="003565DD" w:rsidRDefault="00552FE8" w:rsidP="00552FE8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Infrastruktūros ir turto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043628D" w14:textId="77777777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4288B2C" w14:textId="77777777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26FE98E" w14:textId="448A7BEE" w:rsidR="00552FE8" w:rsidRPr="003565DD" w:rsidRDefault="00552FE8" w:rsidP="00552FE8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Sąvartyne šalinamų komunalinių atliekų dalis (</w:t>
            </w:r>
            <w:r w:rsidR="00A7592D" w:rsidRPr="003565DD">
              <w:rPr>
                <w:rFonts w:ascii="Arial" w:hAnsi="Arial"/>
                <w:sz w:val="16"/>
                <w:lang w:val="lt-LT"/>
              </w:rPr>
              <w:t>proc.</w:t>
            </w:r>
            <w:r w:rsidRPr="003565DD">
              <w:rPr>
                <w:rFonts w:ascii="Arial" w:hAnsi="Arial"/>
                <w:sz w:val="16"/>
                <w:lang w:val="lt-LT"/>
              </w:rPr>
              <w:t>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7714E60" w14:textId="0FC11FBF" w:rsidR="00F35C2D" w:rsidRPr="003565DD" w:rsidRDefault="00552FE8" w:rsidP="00552FE8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1 </w:t>
            </w:r>
          </w:p>
          <w:p w14:paraId="5A5FCCDE" w14:textId="1B278DA2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192305C" w14:textId="7EEBA465" w:rsidR="00F35C2D" w:rsidRPr="003565DD" w:rsidRDefault="00552FE8" w:rsidP="00552FE8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≤ 1 </w:t>
            </w:r>
          </w:p>
          <w:p w14:paraId="28434A26" w14:textId="30D8A081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46DE9964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08B352B" w14:textId="0A2990D8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>1</w:t>
            </w:r>
            <w:r w:rsidR="00F35C2D" w:rsidRPr="003565DD">
              <w:rPr>
                <w:rFonts w:ascii="Arial" w:hAnsi="Arial"/>
                <w:b/>
                <w:sz w:val="17"/>
                <w:lang w:val="lt-LT"/>
              </w:rPr>
              <w:t>-</w:t>
            </w:r>
            <w:r w:rsidRPr="003565DD">
              <w:rPr>
                <w:rFonts w:ascii="Arial" w:hAnsi="Arial"/>
                <w:b/>
                <w:sz w:val="17"/>
                <w:lang w:val="lt-LT"/>
              </w:rPr>
              <w:t>4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4C97F69" w14:textId="77777777" w:rsidR="00F35C2D" w:rsidRPr="003565DD" w:rsidRDefault="00552FE8" w:rsidP="00552FE8">
            <w:pPr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>Uždavinys:</w:t>
            </w: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 </w:t>
            </w:r>
          </w:p>
          <w:p w14:paraId="6783826B" w14:textId="266A1628" w:rsidR="00552FE8" w:rsidRPr="003565DD" w:rsidRDefault="00552FE8" w:rsidP="00552FE8">
            <w:pPr>
              <w:rPr>
                <w:b/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>Padidinti kultūros, sporto ir neformaliojo ugdymo paslaugų prieinamumą ir įvairovę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B2F2DDF" w14:textId="77777777" w:rsidR="00552FE8" w:rsidRPr="003565DD" w:rsidRDefault="00552FE8" w:rsidP="00552FE8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BFF862D" w14:textId="77777777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4CB2EBC" w14:textId="77777777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1CCB996" w14:textId="3822D8CB" w:rsidR="00552FE8" w:rsidRPr="003565DD" w:rsidRDefault="00552FE8" w:rsidP="00552FE8">
            <w:pPr>
              <w:rPr>
                <w:iCs/>
                <w:lang w:val="lt-LT"/>
              </w:rPr>
            </w:pPr>
            <w:r w:rsidRPr="003565DD">
              <w:rPr>
                <w:rFonts w:ascii="Arial" w:hAnsi="Arial"/>
                <w:iCs/>
                <w:sz w:val="16"/>
                <w:lang w:val="lt-LT"/>
              </w:rPr>
              <w:t>Neformaliojo vaikų švietimo programose dalyvaujančių mokinių dalis nuo bendro mokinių skaičiaus (</w:t>
            </w:r>
            <w:r w:rsidR="00A7592D" w:rsidRPr="003565DD">
              <w:rPr>
                <w:rFonts w:ascii="Arial" w:hAnsi="Arial"/>
                <w:iCs/>
                <w:sz w:val="16"/>
                <w:lang w:val="lt-LT"/>
              </w:rPr>
              <w:t>proc.</w:t>
            </w:r>
            <w:r w:rsidRPr="003565DD">
              <w:rPr>
                <w:rFonts w:ascii="Arial" w:hAnsi="Arial"/>
                <w:iCs/>
                <w:sz w:val="16"/>
                <w:lang w:val="lt-LT"/>
              </w:rPr>
              <w:t>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DE28843" w14:textId="77777777" w:rsidR="00511F69" w:rsidRPr="003565DD" w:rsidRDefault="00511F69" w:rsidP="00552FE8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xxx</w:t>
            </w:r>
            <w:r w:rsidR="00552FE8" w:rsidRPr="003565DD">
              <w:rPr>
                <w:rFonts w:ascii="Arial" w:hAnsi="Arial"/>
                <w:sz w:val="16"/>
                <w:lang w:val="lt-LT"/>
              </w:rPr>
              <w:t xml:space="preserve"> </w:t>
            </w:r>
          </w:p>
          <w:p w14:paraId="55F8A0C8" w14:textId="23E36502" w:rsidR="00552FE8" w:rsidRPr="003565DD" w:rsidRDefault="00511F69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</w:t>
            </w:r>
            <w:r w:rsidR="00552FE8" w:rsidRPr="003565DD">
              <w:rPr>
                <w:rFonts w:ascii="Arial" w:hAnsi="Arial"/>
                <w:sz w:val="16"/>
                <w:lang w:val="lt-LT"/>
              </w:rPr>
              <w:t>2026 m.</w:t>
            </w:r>
            <w:r w:rsidRPr="003565DD">
              <w:rPr>
                <w:rFonts w:ascii="Arial" w:hAnsi="Arial"/>
                <w:sz w:val="16"/>
                <w:lang w:val="lt-LT"/>
              </w:rPr>
              <w:t>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D540106" w14:textId="59E1A131" w:rsidR="00F35C2D" w:rsidRPr="003565DD" w:rsidRDefault="00552FE8" w:rsidP="00552FE8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≥ 60 </w:t>
            </w:r>
          </w:p>
          <w:p w14:paraId="3E3D0B12" w14:textId="76F7D930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494506AE" w14:textId="77777777" w:rsidTr="00347777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4AF61B9" w14:textId="77777777" w:rsidR="00552FE8" w:rsidRPr="003565DD" w:rsidRDefault="00552FE8" w:rsidP="00552FE8">
            <w:pPr>
              <w:rPr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744F297" w14:textId="77777777" w:rsidR="00552FE8" w:rsidRPr="003565DD" w:rsidRDefault="00552FE8" w:rsidP="00552FE8">
            <w:pPr>
              <w:rPr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B1B5269" w14:textId="77777777" w:rsidR="00552FE8" w:rsidRPr="003565DD" w:rsidRDefault="00552FE8" w:rsidP="00552FE8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23571E5" w14:textId="77777777" w:rsidR="00552FE8" w:rsidRPr="003565DD" w:rsidRDefault="00552FE8" w:rsidP="00552FE8">
            <w:pPr>
              <w:rPr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75F1976" w14:textId="77777777" w:rsidR="00552FE8" w:rsidRPr="003565DD" w:rsidRDefault="00552FE8" w:rsidP="00552FE8">
            <w:pPr>
              <w:rPr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6609159" w14:textId="18EC2D65" w:rsidR="00552FE8" w:rsidRPr="003565DD" w:rsidRDefault="00552FE8" w:rsidP="00552FE8">
            <w:pPr>
              <w:rPr>
                <w:iCs/>
                <w:lang w:val="lt-LT"/>
              </w:rPr>
            </w:pPr>
            <w:r w:rsidRPr="003565DD">
              <w:rPr>
                <w:rFonts w:ascii="Arial" w:hAnsi="Arial"/>
                <w:iCs/>
                <w:sz w:val="16"/>
                <w:lang w:val="lt-LT"/>
              </w:rPr>
              <w:t>Sporto renginių ir fizinio aktyvumo veiklų dalyvių skaičius per metus (</w:t>
            </w:r>
            <w:r w:rsidR="00F35C2D" w:rsidRPr="003565DD">
              <w:rPr>
                <w:rFonts w:ascii="Arial" w:hAnsi="Arial"/>
                <w:iCs/>
                <w:sz w:val="16"/>
                <w:lang w:val="lt-LT"/>
              </w:rPr>
              <w:t>asm.</w:t>
            </w:r>
            <w:r w:rsidRPr="003565DD">
              <w:rPr>
                <w:rFonts w:ascii="Arial" w:hAnsi="Arial"/>
                <w:iCs/>
                <w:sz w:val="16"/>
                <w:lang w:val="lt-LT"/>
              </w:rPr>
              <w:t>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7DB1CFE" w14:textId="77777777" w:rsidR="00CC089F" w:rsidRPr="003565DD" w:rsidRDefault="00CC089F" w:rsidP="00552FE8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6 500 </w:t>
            </w:r>
          </w:p>
          <w:p w14:paraId="41B4AFC4" w14:textId="03CEC139" w:rsidR="00552FE8" w:rsidRPr="003565DD" w:rsidRDefault="00CC089F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</w:t>
            </w:r>
            <w:r w:rsidR="00552FE8" w:rsidRPr="003565DD">
              <w:rPr>
                <w:rFonts w:ascii="Arial" w:hAnsi="Arial"/>
                <w:sz w:val="16"/>
                <w:lang w:val="lt-LT"/>
              </w:rPr>
              <w:t>2026 m.</w:t>
            </w:r>
            <w:r w:rsidRPr="003565DD">
              <w:rPr>
                <w:rFonts w:ascii="Arial" w:hAnsi="Arial"/>
                <w:sz w:val="16"/>
                <w:lang w:val="lt-LT"/>
              </w:rPr>
              <w:t>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A4F8535" w14:textId="77777777" w:rsidR="00CC089F" w:rsidRPr="003565DD" w:rsidRDefault="00CC089F" w:rsidP="00552FE8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7 475</w:t>
            </w:r>
            <w:r w:rsidR="00552FE8" w:rsidRPr="003565DD">
              <w:rPr>
                <w:rFonts w:ascii="Arial" w:hAnsi="Arial"/>
                <w:b/>
                <w:sz w:val="16"/>
                <w:lang w:val="lt-LT"/>
              </w:rPr>
              <w:t xml:space="preserve"> </w:t>
            </w:r>
          </w:p>
          <w:p w14:paraId="4BC7C107" w14:textId="4F17ACDD" w:rsidR="00552FE8" w:rsidRPr="003565DD" w:rsidRDefault="00552FE8" w:rsidP="00552FE8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53F3A656" w14:textId="77777777" w:rsidTr="00347777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46083CB" w14:textId="77777777" w:rsidR="00552FE8" w:rsidRPr="003565DD" w:rsidRDefault="00552FE8" w:rsidP="00552FE8">
            <w:pPr>
              <w:rPr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5ACB3E6" w14:textId="77777777" w:rsidR="00552FE8" w:rsidRPr="003565DD" w:rsidRDefault="00552FE8" w:rsidP="00552FE8">
            <w:pPr>
              <w:rPr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D7E5E63" w14:textId="77777777" w:rsidR="00552FE8" w:rsidRPr="003565DD" w:rsidRDefault="00552FE8" w:rsidP="00552FE8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3F7E204" w14:textId="77777777" w:rsidR="00552FE8" w:rsidRPr="003565DD" w:rsidRDefault="00552FE8" w:rsidP="00552FE8">
            <w:pPr>
              <w:rPr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7A69C6D" w14:textId="77777777" w:rsidR="00552FE8" w:rsidRPr="003565DD" w:rsidRDefault="00552FE8" w:rsidP="00552FE8">
            <w:pPr>
              <w:rPr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DCBEDCA" w14:textId="3B90689E" w:rsidR="00552FE8" w:rsidRPr="003565DD" w:rsidRDefault="00552FE8" w:rsidP="00552FE8">
            <w:pPr>
              <w:rPr>
                <w:rFonts w:ascii="Arial" w:hAnsi="Arial"/>
                <w:i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Vidutinis lankytojų skaičius viename kultūros centro renginyje (</w:t>
            </w:r>
            <w:r w:rsidR="00F35C2D" w:rsidRPr="003565DD">
              <w:rPr>
                <w:rFonts w:ascii="Arial" w:hAnsi="Arial"/>
                <w:sz w:val="16"/>
                <w:lang w:val="lt-LT"/>
              </w:rPr>
              <w:t>asm.</w:t>
            </w:r>
            <w:r w:rsidRPr="003565DD">
              <w:rPr>
                <w:rFonts w:ascii="Arial" w:hAnsi="Arial"/>
                <w:sz w:val="16"/>
                <w:lang w:val="lt-LT"/>
              </w:rPr>
              <w:t>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C5AA9C9" w14:textId="77777777" w:rsidR="00F35C2D" w:rsidRPr="003565DD" w:rsidRDefault="00552FE8" w:rsidP="00552FE8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~104 </w:t>
            </w:r>
          </w:p>
          <w:p w14:paraId="136E69AD" w14:textId="570956FA" w:rsidR="00552FE8" w:rsidRPr="003565DD" w:rsidRDefault="00552FE8" w:rsidP="00552FE8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0EA10FD" w14:textId="77777777" w:rsidR="00F35C2D" w:rsidRPr="003565DD" w:rsidRDefault="00552FE8" w:rsidP="00552FE8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≥ 150 </w:t>
            </w:r>
          </w:p>
          <w:p w14:paraId="0DD8DF1A" w14:textId="5D304C40" w:rsidR="00552FE8" w:rsidRPr="003565DD" w:rsidRDefault="00552FE8" w:rsidP="00552FE8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70F4C453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81E1294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1-4-1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4BBC202" w14:textId="011C07D0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Neformaliojo vaikų švietimo paslaugų tinklo plėtra (Jurbarko Antano Sodeikos meno mokyklos pastato rekonstrukcija, skyrių įkūrimas bendrojo ugdymo įstaigose)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20EA583" w14:textId="77777777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Švietimo, kultūros ir sporto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6F063D0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F31F881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B1753D0" w14:textId="38533B36" w:rsidR="00F35C2D" w:rsidRPr="003565DD" w:rsidRDefault="00F35C2D" w:rsidP="00F35C2D">
            <w:pPr>
              <w:rPr>
                <w:strike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Rekonstruotas meno mokyklos pastatas ir įkurti skyriai bendrojo ugdymo įstaigose</w:t>
            </w:r>
            <w:r w:rsidR="00CC089F" w:rsidRPr="003565DD">
              <w:rPr>
                <w:rFonts w:ascii="Arial" w:hAnsi="Arial"/>
                <w:sz w:val="16"/>
                <w:lang w:val="lt-LT"/>
              </w:rPr>
              <w:t xml:space="preserve">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07A57BA" w14:textId="77777777" w:rsidR="00F35C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0</w:t>
            </w:r>
          </w:p>
          <w:p w14:paraId="78F74294" w14:textId="49F17D86" w:rsidR="00F35C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0839ADA" w14:textId="77777777" w:rsidR="00F35C2D" w:rsidRPr="003565DD" w:rsidRDefault="00F35C2D" w:rsidP="00F35C2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2 </w:t>
            </w:r>
          </w:p>
          <w:p w14:paraId="40C216E2" w14:textId="2A58541B" w:rsidR="00F35C2D" w:rsidRPr="003565DD" w:rsidRDefault="00F35C2D" w:rsidP="00F35C2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175E7764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91C9764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1-4-2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8E8BF41" w14:textId="55EDE098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Kultūros paslaugų prieinamumo didinimas ir naujų auditorijų pritraukimas (meno kolektyvų skaičius ir profesionalaus meno sklaida)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3FDF80D" w14:textId="77777777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Švietimo, kultūros ir sporto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12209F3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1E4999A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9E57931" w14:textId="79B9359E" w:rsidR="00F35C2D" w:rsidRPr="003565DD" w:rsidRDefault="00F35C2D" w:rsidP="00F35C2D">
            <w:pPr>
              <w:rPr>
                <w:iCs/>
                <w:strike/>
                <w:lang w:val="lt-LT"/>
              </w:rPr>
            </w:pPr>
            <w:r w:rsidRPr="003565DD">
              <w:rPr>
                <w:rFonts w:ascii="Arial" w:hAnsi="Arial"/>
                <w:iCs/>
                <w:sz w:val="16"/>
                <w:lang w:val="lt-LT"/>
              </w:rPr>
              <w:t>Meno kolektyvų dalyvių skaičius kultūros centruose (</w:t>
            </w:r>
            <w:r w:rsidR="00CC089F" w:rsidRPr="003565DD">
              <w:rPr>
                <w:rFonts w:ascii="Arial" w:hAnsi="Arial"/>
                <w:iCs/>
                <w:sz w:val="16"/>
                <w:lang w:val="lt-LT"/>
              </w:rPr>
              <w:t>asm</w:t>
            </w:r>
            <w:r w:rsidRPr="003565DD">
              <w:rPr>
                <w:rFonts w:ascii="Arial" w:hAnsi="Arial"/>
                <w:iCs/>
                <w:sz w:val="16"/>
                <w:lang w:val="lt-LT"/>
              </w:rPr>
              <w:t>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188A911" w14:textId="77777777" w:rsidR="00CC089F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699 </w:t>
            </w:r>
          </w:p>
          <w:p w14:paraId="73673B3E" w14:textId="37B623D0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E2ACCF4" w14:textId="77777777" w:rsidR="00CC089F" w:rsidRPr="003565DD" w:rsidRDefault="00F35C2D" w:rsidP="00F35C2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≥ 800 </w:t>
            </w:r>
          </w:p>
          <w:p w14:paraId="5A58AFD5" w14:textId="52CAEE74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4D24EDDD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E16F838" w14:textId="77777777" w:rsidR="00F35C2D" w:rsidRPr="003565DD" w:rsidRDefault="00F35C2D" w:rsidP="00F35C2D">
            <w:pPr>
              <w:rPr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23D3B5B" w14:textId="77777777" w:rsidR="00F35C2D" w:rsidRPr="003565DD" w:rsidRDefault="00F35C2D" w:rsidP="00F35C2D">
            <w:pPr>
              <w:rPr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21B090C" w14:textId="77777777" w:rsidR="00F35C2D" w:rsidRPr="003565DD" w:rsidRDefault="00F35C2D" w:rsidP="00F35C2D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236D5EB" w14:textId="77777777" w:rsidR="00F35C2D" w:rsidRPr="003565DD" w:rsidRDefault="00F35C2D" w:rsidP="00F35C2D">
            <w:pPr>
              <w:rPr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CB979EE" w14:textId="77777777" w:rsidR="00F35C2D" w:rsidRPr="003565DD" w:rsidRDefault="00F35C2D" w:rsidP="00F35C2D">
            <w:pPr>
              <w:rPr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28765F9" w14:textId="42D6532A" w:rsidR="00F35C2D" w:rsidRPr="003565DD" w:rsidRDefault="00F35C2D" w:rsidP="00F35C2D">
            <w:pPr>
              <w:rPr>
                <w:iCs/>
                <w:lang w:val="lt-LT"/>
              </w:rPr>
            </w:pPr>
            <w:r w:rsidRPr="003565DD">
              <w:rPr>
                <w:rFonts w:ascii="Arial" w:hAnsi="Arial"/>
                <w:iCs/>
                <w:sz w:val="16"/>
                <w:lang w:val="lt-LT"/>
              </w:rPr>
              <w:t>Profesionalaus meno simpoziumų skaičius per metus</w:t>
            </w:r>
            <w:r w:rsidR="00CC089F" w:rsidRPr="003565DD">
              <w:rPr>
                <w:rFonts w:ascii="Arial" w:hAnsi="Arial"/>
                <w:iCs/>
                <w:sz w:val="16"/>
                <w:lang w:val="lt-LT"/>
              </w:rPr>
              <w:t xml:space="preserve">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35333DF" w14:textId="77777777" w:rsidR="00F35C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0</w:t>
            </w:r>
          </w:p>
          <w:p w14:paraId="6F5FB202" w14:textId="39F9E122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63905FC" w14:textId="34EFFF41" w:rsidR="00F35C2D" w:rsidRPr="003565DD" w:rsidRDefault="00F35C2D" w:rsidP="00F35C2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1 </w:t>
            </w:r>
          </w:p>
          <w:p w14:paraId="453CEB8A" w14:textId="04A78073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3DB76FFF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CC6243C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1-4-3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868C951" w14:textId="0DE76542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Muziejų edukacinių programų plėtra (Jurbarko krašto ir Vinco Grybo muziejai)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700191E" w14:textId="346134CC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Švietimo, kultūros ir sporto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9D074EF" w14:textId="10333B1F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D22B0EB" w14:textId="186FD2E8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6E9F4C5" w14:textId="14FABC11" w:rsidR="00F35C2D" w:rsidRPr="003565DD" w:rsidRDefault="00F35C2D" w:rsidP="00F35C2D">
            <w:pPr>
              <w:rPr>
                <w:iCs/>
                <w:lang w:val="lt-LT"/>
              </w:rPr>
            </w:pPr>
            <w:r w:rsidRPr="003565DD">
              <w:rPr>
                <w:rFonts w:ascii="Arial" w:hAnsi="Arial"/>
                <w:iCs/>
                <w:sz w:val="16"/>
                <w:lang w:val="lt-LT"/>
              </w:rPr>
              <w:t>Muziejų edukacinių programų temų skaičius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ABB9594" w14:textId="77777777" w:rsidR="00F35C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11 </w:t>
            </w:r>
          </w:p>
          <w:p w14:paraId="68601BC1" w14:textId="7CE43B15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FF17361" w14:textId="77777777" w:rsidR="00F35C2D" w:rsidRPr="003565DD" w:rsidRDefault="00F35C2D" w:rsidP="00F35C2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≥ 20 </w:t>
            </w:r>
          </w:p>
          <w:p w14:paraId="4A15B46C" w14:textId="4EA94CBB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425EC108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BDE1F0E" w14:textId="77777777" w:rsidR="00F35C2D" w:rsidRPr="003565DD" w:rsidRDefault="00F35C2D" w:rsidP="00F35C2D">
            <w:pPr>
              <w:jc w:val="center"/>
              <w:rPr>
                <w:rFonts w:ascii="Arial" w:hAnsi="Arial"/>
                <w:sz w:val="17"/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35A4822" w14:textId="77777777" w:rsidR="00F35C2D" w:rsidRPr="003565DD" w:rsidRDefault="00F35C2D" w:rsidP="00F35C2D">
            <w:pPr>
              <w:rPr>
                <w:rFonts w:ascii="Arial" w:hAnsi="Arial"/>
                <w:sz w:val="17"/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98E1758" w14:textId="77777777" w:rsidR="00F35C2D" w:rsidRPr="003565DD" w:rsidRDefault="00F35C2D" w:rsidP="00F35C2D">
            <w:pPr>
              <w:rPr>
                <w:rFonts w:ascii="Arial" w:hAnsi="Arial"/>
                <w:i/>
                <w:sz w:val="15"/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B226063" w14:textId="77777777" w:rsidR="00F35C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0D89281" w14:textId="77777777" w:rsidR="00F35C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F791ED9" w14:textId="08F1C3CC" w:rsidR="00F35C2D" w:rsidRPr="003565DD" w:rsidRDefault="00F35C2D" w:rsidP="00F35C2D">
            <w:pPr>
              <w:rPr>
                <w:rFonts w:ascii="Arial" w:hAnsi="Arial"/>
                <w:iCs/>
                <w:sz w:val="16"/>
                <w:lang w:val="lt-LT"/>
              </w:rPr>
            </w:pPr>
            <w:r w:rsidRPr="003565DD">
              <w:rPr>
                <w:rFonts w:ascii="Arial" w:hAnsi="Arial"/>
                <w:iCs/>
                <w:sz w:val="16"/>
                <w:lang w:val="lt-LT"/>
              </w:rPr>
              <w:t>Muziejų edukacinių užsiėmimų dalyvių skaičius per metus</w:t>
            </w:r>
            <w:r w:rsidR="00CC089F" w:rsidRPr="003565DD">
              <w:rPr>
                <w:rFonts w:ascii="Arial" w:hAnsi="Arial"/>
                <w:iCs/>
                <w:sz w:val="16"/>
                <w:lang w:val="lt-LT"/>
              </w:rPr>
              <w:t xml:space="preserve"> (asm.)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5D52523" w14:textId="77777777" w:rsidR="00F35C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2 654 </w:t>
            </w:r>
          </w:p>
          <w:p w14:paraId="64A16FAE" w14:textId="73FCD71B" w:rsidR="00F35C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0CEF566" w14:textId="77777777" w:rsidR="00F35C2D" w:rsidRPr="003565DD" w:rsidRDefault="00F35C2D" w:rsidP="00F35C2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≥ 3 500 </w:t>
            </w:r>
          </w:p>
          <w:p w14:paraId="20464200" w14:textId="0F635560" w:rsidR="00F35C2D" w:rsidRPr="003565DD" w:rsidRDefault="00F35C2D" w:rsidP="00F35C2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60155236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5BFD9B7" w14:textId="7AD96373" w:rsidR="00F35C2D" w:rsidRPr="003565DD" w:rsidRDefault="00F35C2D" w:rsidP="00F35C2D">
            <w:pPr>
              <w:jc w:val="center"/>
              <w:rPr>
                <w:rFonts w:ascii="Arial" w:hAnsi="Arial"/>
                <w:sz w:val="17"/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1-4-4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C10352B" w14:textId="0EB83F15" w:rsidR="00F35C2D" w:rsidRPr="003565DD" w:rsidRDefault="00F35C2D" w:rsidP="00F35C2D">
            <w:pPr>
              <w:rPr>
                <w:rFonts w:ascii="Arial" w:hAnsi="Arial"/>
                <w:sz w:val="17"/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Bibliotekų dokumentų fondo atnaujinimas ir skaitmeninių paslaugų plėtra (</w:t>
            </w:r>
            <w:r w:rsidR="00944631" w:rsidRPr="003565DD">
              <w:rPr>
                <w:rFonts w:ascii="Arial" w:hAnsi="Arial"/>
                <w:sz w:val="17"/>
                <w:lang w:val="lt-LT"/>
              </w:rPr>
              <w:t>skaitmeninėje erdvėje prieinami bibliotekos fondai, modernių e. paslaugų (nuotolinės edukacijos, interaktyvios erdvės) kūrimas bei programinės įrangos atnaujinimas</w:t>
            </w:r>
            <w:r w:rsidRPr="003565DD">
              <w:rPr>
                <w:rFonts w:ascii="Arial" w:hAnsi="Arial"/>
                <w:sz w:val="17"/>
                <w:lang w:val="lt-LT"/>
              </w:rPr>
              <w:t>)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4D49DD7" w14:textId="20E53311" w:rsidR="00F35C2D" w:rsidRPr="003565DD" w:rsidRDefault="00F35C2D" w:rsidP="00F35C2D">
            <w:pPr>
              <w:rPr>
                <w:rFonts w:ascii="Arial" w:hAnsi="Arial"/>
                <w:i/>
                <w:sz w:val="15"/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Švietimo, kultūros ir sporto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BB83E8A" w14:textId="13E4CCE0" w:rsidR="00F35C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643EA4F" w14:textId="4B945B9B" w:rsidR="00F35C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68098AF" w14:textId="613346D5" w:rsidR="00F35C2D" w:rsidRPr="003565DD" w:rsidRDefault="00F35C2D" w:rsidP="00F35C2D">
            <w:pPr>
              <w:rPr>
                <w:rFonts w:ascii="Arial" w:hAnsi="Arial"/>
                <w:i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Bibliotekų dokumentų fondas (fiziniai 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E6E766C" w14:textId="163A95B2" w:rsidR="00F35C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192 679 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EC1E906" w14:textId="608D81AA" w:rsidR="00F35C2D" w:rsidRPr="003565DD" w:rsidRDefault="00F35C2D" w:rsidP="00F35C2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≥ 195 000 (2036 m.)</w:t>
            </w:r>
          </w:p>
        </w:tc>
      </w:tr>
      <w:tr w:rsidR="0038187D" w:rsidRPr="003565DD" w14:paraId="051F3D49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9198BDA" w14:textId="77777777" w:rsidR="00F35C2D" w:rsidRPr="003565DD" w:rsidRDefault="00F35C2D" w:rsidP="00F35C2D">
            <w:pPr>
              <w:jc w:val="center"/>
              <w:rPr>
                <w:rFonts w:ascii="Arial" w:hAnsi="Arial"/>
                <w:sz w:val="17"/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416E83D" w14:textId="77777777" w:rsidR="00F35C2D" w:rsidRPr="003565DD" w:rsidRDefault="00F35C2D" w:rsidP="00F35C2D">
            <w:pPr>
              <w:rPr>
                <w:rFonts w:ascii="Arial" w:hAnsi="Arial"/>
                <w:sz w:val="17"/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DD82EEB" w14:textId="77777777" w:rsidR="00F35C2D" w:rsidRPr="003565DD" w:rsidRDefault="00F35C2D" w:rsidP="00F35C2D">
            <w:pPr>
              <w:rPr>
                <w:rFonts w:ascii="Arial" w:hAnsi="Arial"/>
                <w:i/>
                <w:sz w:val="15"/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98CE781" w14:textId="77777777" w:rsidR="00F35C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D9A1CB3" w14:textId="77777777" w:rsidR="00F35C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C4BDAE3" w14:textId="07D1C8ED" w:rsidR="00F35C2D" w:rsidRPr="003565DD" w:rsidRDefault="00F35C2D" w:rsidP="00F35C2D">
            <w:pPr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Besinaudojančių skaitmeninėmis bibliotekos paslaugomis gyventojų skaičius</w:t>
            </w:r>
            <w:r w:rsidR="00CC089F" w:rsidRPr="003565DD">
              <w:rPr>
                <w:rFonts w:ascii="Arial" w:hAnsi="Arial"/>
                <w:sz w:val="16"/>
                <w:lang w:val="lt-LT"/>
              </w:rPr>
              <w:t xml:space="preserve"> (asm.)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58938CE" w14:textId="77777777" w:rsidR="00F35C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xxx </w:t>
            </w:r>
          </w:p>
          <w:p w14:paraId="05192AD5" w14:textId="49898B4D" w:rsidR="00F35C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</w:t>
            </w:r>
            <w:r w:rsidR="00511F69" w:rsidRPr="003565DD">
              <w:rPr>
                <w:rFonts w:ascii="Arial" w:hAnsi="Arial"/>
                <w:sz w:val="16"/>
                <w:lang w:val="lt-LT"/>
              </w:rPr>
              <w:t>6</w:t>
            </w:r>
            <w:r w:rsidRPr="003565DD">
              <w:rPr>
                <w:rFonts w:ascii="Arial" w:hAnsi="Arial"/>
                <w:sz w:val="16"/>
                <w:lang w:val="lt-LT"/>
              </w:rPr>
              <w:t xml:space="preserve">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3170057" w14:textId="0E7CA111" w:rsidR="00F35C2D" w:rsidRPr="003565DD" w:rsidRDefault="00511F69" w:rsidP="00F35C2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x</w:t>
            </w:r>
            <w:r w:rsidR="00F35C2D" w:rsidRPr="003565DD">
              <w:rPr>
                <w:rFonts w:ascii="Arial" w:hAnsi="Arial"/>
                <w:b/>
                <w:sz w:val="16"/>
                <w:lang w:val="lt-LT"/>
              </w:rPr>
              <w:t xml:space="preserve">xx  </w:t>
            </w:r>
          </w:p>
          <w:p w14:paraId="318CE44D" w14:textId="7321CF34" w:rsidR="00F35C2D" w:rsidRPr="003565DD" w:rsidRDefault="00F35C2D" w:rsidP="00F35C2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68FF057E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1505E88" w14:textId="2EEAB47E" w:rsidR="00CC089F" w:rsidRPr="003565DD" w:rsidRDefault="00CC089F" w:rsidP="00CC089F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1-4-5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3475987" w14:textId="38131D7E" w:rsidR="00CC089F" w:rsidRPr="003565DD" w:rsidRDefault="00CC089F" w:rsidP="00CC089F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Reguliarių fizinio aktyvumo veiklų didinimas / skatinimas / rūšių didinimas visoje savivaldybėje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3426CE2" w14:textId="19649498" w:rsidR="00CC089F" w:rsidRPr="003565DD" w:rsidRDefault="00CC089F" w:rsidP="00CC089F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Švietimo, kultūros ir sporto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657CF9A" w14:textId="42A540B8" w:rsidR="00CC089F" w:rsidRPr="003565DD" w:rsidRDefault="00CC089F" w:rsidP="00CC089F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1C414F2" w14:textId="58B0A0D8" w:rsidR="00CC089F" w:rsidRPr="003565DD" w:rsidRDefault="00CC089F" w:rsidP="00CC089F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A646520" w14:textId="06D07460" w:rsidR="00CC089F" w:rsidRPr="003565DD" w:rsidRDefault="00CC089F" w:rsidP="00CC089F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Fiziniam aktyvumui pritaikytų erdvių skaičius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BF491DF" w14:textId="77777777" w:rsidR="00CC089F" w:rsidRPr="003565DD" w:rsidRDefault="00CC089F" w:rsidP="00CC089F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xxx </w:t>
            </w:r>
          </w:p>
          <w:p w14:paraId="088854F8" w14:textId="2B9FD2AE" w:rsidR="00CC089F" w:rsidRPr="003565DD" w:rsidRDefault="00CC089F" w:rsidP="00CC089F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</w:t>
            </w:r>
            <w:r w:rsidR="00511F69" w:rsidRPr="003565DD">
              <w:rPr>
                <w:rFonts w:ascii="Arial" w:hAnsi="Arial"/>
                <w:sz w:val="16"/>
                <w:lang w:val="lt-LT"/>
              </w:rPr>
              <w:t>6</w:t>
            </w:r>
            <w:r w:rsidRPr="003565DD">
              <w:rPr>
                <w:rFonts w:ascii="Arial" w:hAnsi="Arial"/>
                <w:sz w:val="16"/>
                <w:lang w:val="lt-LT"/>
              </w:rPr>
              <w:t xml:space="preserve">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538B29F" w14:textId="35A15A41" w:rsidR="00CC089F" w:rsidRPr="003565DD" w:rsidRDefault="00511F69" w:rsidP="00CC089F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x</w:t>
            </w:r>
            <w:r w:rsidR="00CC089F" w:rsidRPr="003565DD">
              <w:rPr>
                <w:rFonts w:ascii="Arial" w:hAnsi="Arial"/>
                <w:b/>
                <w:sz w:val="16"/>
                <w:lang w:val="lt-LT"/>
              </w:rPr>
              <w:t xml:space="preserve">xx  </w:t>
            </w:r>
          </w:p>
          <w:p w14:paraId="7130677C" w14:textId="5B294FCF" w:rsidR="00CC089F" w:rsidRPr="003565DD" w:rsidRDefault="00CC089F" w:rsidP="00CC089F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6566F05F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7028C4C" w14:textId="77777777" w:rsidR="00F35C2D" w:rsidRPr="003565DD" w:rsidRDefault="00F35C2D" w:rsidP="00F35C2D">
            <w:pPr>
              <w:jc w:val="center"/>
              <w:rPr>
                <w:rFonts w:ascii="Arial" w:hAnsi="Arial"/>
                <w:sz w:val="17"/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7CD1B06" w14:textId="77777777" w:rsidR="00F35C2D" w:rsidRPr="003565DD" w:rsidRDefault="00F35C2D" w:rsidP="00F35C2D">
            <w:pPr>
              <w:rPr>
                <w:rFonts w:ascii="Arial" w:hAnsi="Arial"/>
                <w:sz w:val="17"/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2927FBC" w14:textId="77777777" w:rsidR="00F35C2D" w:rsidRPr="003565DD" w:rsidRDefault="00F35C2D" w:rsidP="00F35C2D">
            <w:pPr>
              <w:rPr>
                <w:rFonts w:ascii="Arial" w:hAnsi="Arial"/>
                <w:i/>
                <w:sz w:val="15"/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93B1EDF" w14:textId="77777777" w:rsidR="00F35C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C1C271B" w14:textId="77777777" w:rsidR="00F35C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F150555" w14:textId="001B2DDF" w:rsidR="00F35C2D" w:rsidRPr="003565DD" w:rsidRDefault="00F35C2D" w:rsidP="00F35C2D">
            <w:pPr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Ugdymo įstaigų, turinčių sporto klases, skaičius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B25A1E9" w14:textId="77777777" w:rsidR="00F35C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0</w:t>
            </w:r>
          </w:p>
          <w:p w14:paraId="747A7580" w14:textId="1DC15F75" w:rsidR="00F35C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8907CD0" w14:textId="77777777" w:rsidR="00F35C2D" w:rsidRPr="003565DD" w:rsidRDefault="00F35C2D" w:rsidP="00F35C2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2</w:t>
            </w:r>
          </w:p>
          <w:p w14:paraId="18FAB7B9" w14:textId="7A10E69D" w:rsidR="00F35C2D" w:rsidRPr="003565DD" w:rsidRDefault="00F35C2D" w:rsidP="00F35C2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3C02CD63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663211D" w14:textId="5E0A7642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>1-5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054F0A3" w14:textId="77777777" w:rsidR="00A8562B" w:rsidRPr="003565DD" w:rsidRDefault="00F35C2D" w:rsidP="00F35C2D">
            <w:pPr>
              <w:rPr>
                <w:rFonts w:ascii="Arial" w:hAnsi="Arial"/>
                <w:b/>
                <w:sz w:val="17"/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 xml:space="preserve">Uždavinys: </w:t>
            </w:r>
          </w:p>
          <w:p w14:paraId="73FA1C6A" w14:textId="7C645670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>Padidinti gyventojų atsparumą ir stiprinti civilinės saugos sistemą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D210844" w14:textId="77777777" w:rsidR="00F35C2D" w:rsidRPr="003565DD" w:rsidRDefault="00F35C2D" w:rsidP="00F35C2D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746F8FC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8CAC50B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5F62D9B" w14:textId="5FF55EA9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Gyventojų, kurie gali apsisaugoti priedangose, dalis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1099FC3" w14:textId="77777777" w:rsidR="00F35C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50 % </w:t>
            </w:r>
          </w:p>
          <w:p w14:paraId="004081C2" w14:textId="691B8D53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722C252" w14:textId="77777777" w:rsidR="00F35C2D" w:rsidRPr="003565DD" w:rsidRDefault="00F35C2D" w:rsidP="00F35C2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60 % </w:t>
            </w:r>
          </w:p>
          <w:p w14:paraId="45BE9910" w14:textId="4942EA49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638A18F1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833AA04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1-5-1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10E35E4" w14:textId="432FF7C3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Priedangų ir kolektyvinių apsaugos statinių modernizavimas, pritaikymas ir tinklo plėtra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9364EE3" w14:textId="51DB6E91" w:rsidR="00F35C2D" w:rsidRPr="003565DD" w:rsidRDefault="00A759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Patarėja, atliekanti savivaldybės parengties pareigūno funkcijas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37D12E3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04A5FB1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045B8E2" w14:textId="77777777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Modernizuotų/naujų priedangų skaičius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8052CDF" w14:textId="77777777" w:rsidR="00A8562B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9 </w:t>
            </w:r>
          </w:p>
          <w:p w14:paraId="5DD276B0" w14:textId="788F999E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C85EADB" w14:textId="77777777" w:rsidR="00A8562B" w:rsidRPr="003565DD" w:rsidRDefault="00F35C2D" w:rsidP="00F35C2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30 </w:t>
            </w:r>
          </w:p>
          <w:p w14:paraId="6E202DCE" w14:textId="02ACDC23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2A591101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542FDC4" w14:textId="77777777" w:rsidR="00F35C2D" w:rsidRPr="003565DD" w:rsidRDefault="00F35C2D" w:rsidP="00F35C2D">
            <w:pPr>
              <w:jc w:val="center"/>
              <w:rPr>
                <w:rFonts w:ascii="Arial" w:hAnsi="Arial"/>
                <w:sz w:val="17"/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60E2259" w14:textId="77777777" w:rsidR="00F35C2D" w:rsidRPr="003565DD" w:rsidRDefault="00F35C2D" w:rsidP="00F35C2D">
            <w:pPr>
              <w:rPr>
                <w:rFonts w:ascii="Arial" w:hAnsi="Arial"/>
                <w:sz w:val="17"/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7485126" w14:textId="77777777" w:rsidR="00F35C2D" w:rsidRPr="003565DD" w:rsidRDefault="00F35C2D" w:rsidP="00F35C2D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C5E0E12" w14:textId="77777777" w:rsidR="00F35C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F4EBEA1" w14:textId="77777777" w:rsidR="00F35C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AF3E428" w14:textId="1667C2BC" w:rsidR="00F35C2D" w:rsidRPr="003565DD" w:rsidRDefault="00F35C2D" w:rsidP="00F35C2D">
            <w:pPr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Įsigytų priemonių skaičius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B46755D" w14:textId="77777777" w:rsidR="00A8562B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0 </w:t>
            </w:r>
          </w:p>
          <w:p w14:paraId="698498D0" w14:textId="39974533" w:rsidR="00F35C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BC3FBB2" w14:textId="77777777" w:rsidR="00A8562B" w:rsidRPr="003565DD" w:rsidRDefault="00F35C2D" w:rsidP="00F35C2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30 </w:t>
            </w:r>
          </w:p>
          <w:p w14:paraId="1EE74BF1" w14:textId="591167B2" w:rsidR="00F35C2D" w:rsidRPr="003565DD" w:rsidRDefault="00F35C2D" w:rsidP="00F35C2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627F2843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3EBBEFA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1-5-2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60A461A" w14:textId="051EE00B" w:rsidR="00F35C2D" w:rsidRPr="003565DD" w:rsidRDefault="00F35C2D" w:rsidP="00F35C2D">
            <w:pPr>
              <w:rPr>
                <w:strike/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Reguliarių civilinės saugos pratybų organizavimas ir gyventojų informavimas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3301FA7" w14:textId="701C3C24" w:rsidR="00F35C2D" w:rsidRPr="003565DD" w:rsidRDefault="00A7592D" w:rsidP="00F35C2D">
            <w:pPr>
              <w:rPr>
                <w:strike/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Patarėja, atliekanti savivaldybės parengties pareigūno funkcijas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83AF2BB" w14:textId="0C85C7C9" w:rsidR="00F35C2D" w:rsidRPr="003565DD" w:rsidRDefault="00F35C2D" w:rsidP="00F35C2D">
            <w:pPr>
              <w:jc w:val="center"/>
              <w:rPr>
                <w:strike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87EB817" w14:textId="034E2FEF" w:rsidR="00F35C2D" w:rsidRPr="003565DD" w:rsidRDefault="00F35C2D" w:rsidP="00F35C2D">
            <w:pPr>
              <w:jc w:val="center"/>
              <w:rPr>
                <w:strike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069211F" w14:textId="34191DF4" w:rsidR="00F35C2D" w:rsidRPr="003565DD" w:rsidRDefault="00F35C2D" w:rsidP="00F35C2D">
            <w:pPr>
              <w:rPr>
                <w:strike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Civilinės saugos pratyb</w:t>
            </w:r>
            <w:r w:rsidR="0065406B" w:rsidRPr="003565DD">
              <w:rPr>
                <w:rFonts w:ascii="Arial" w:hAnsi="Arial"/>
                <w:sz w:val="16"/>
                <w:lang w:val="lt-LT"/>
              </w:rPr>
              <w:t>ų skaičius</w:t>
            </w:r>
            <w:r w:rsidRPr="003565DD">
              <w:rPr>
                <w:rFonts w:ascii="Arial" w:hAnsi="Arial"/>
                <w:sz w:val="16"/>
                <w:lang w:val="lt-LT"/>
              </w:rPr>
              <w:t xml:space="preserve"> (vnt</w:t>
            </w:r>
            <w:r w:rsidR="00A7592D" w:rsidRPr="003565DD">
              <w:rPr>
                <w:rFonts w:ascii="Arial" w:hAnsi="Arial"/>
                <w:sz w:val="16"/>
                <w:lang w:val="lt-LT"/>
              </w:rPr>
              <w:t>./metus</w:t>
            </w:r>
            <w:r w:rsidRPr="003565DD">
              <w:rPr>
                <w:rFonts w:ascii="Arial" w:hAnsi="Arial"/>
                <w:sz w:val="16"/>
                <w:lang w:val="lt-LT"/>
              </w:rPr>
              <w:t>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B732DC9" w14:textId="77777777" w:rsidR="00F35C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2 </w:t>
            </w:r>
          </w:p>
          <w:p w14:paraId="1C288924" w14:textId="2BE06AEF" w:rsidR="00F35C2D" w:rsidRPr="003565DD" w:rsidRDefault="00F35C2D" w:rsidP="00F35C2D">
            <w:pPr>
              <w:jc w:val="center"/>
              <w:rPr>
                <w:strike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63254B6" w14:textId="77777777" w:rsidR="00F35C2D" w:rsidRPr="003565DD" w:rsidRDefault="00F35C2D" w:rsidP="00F35C2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2 </w:t>
            </w:r>
          </w:p>
          <w:p w14:paraId="5A21EC9D" w14:textId="3322FB61" w:rsidR="00F35C2D" w:rsidRPr="003565DD" w:rsidRDefault="00F35C2D" w:rsidP="00F35C2D">
            <w:pPr>
              <w:jc w:val="center"/>
              <w:rPr>
                <w:strike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26DA6BB6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6AB9BA4" w14:textId="24075B42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>1</w:t>
            </w:r>
            <w:r w:rsidR="00A8562B" w:rsidRPr="003565DD">
              <w:rPr>
                <w:rFonts w:ascii="Arial" w:hAnsi="Arial"/>
                <w:b/>
                <w:sz w:val="17"/>
                <w:lang w:val="lt-LT"/>
              </w:rPr>
              <w:t>-</w:t>
            </w:r>
            <w:r w:rsidRPr="003565DD">
              <w:rPr>
                <w:rFonts w:ascii="Arial" w:hAnsi="Arial"/>
                <w:b/>
                <w:sz w:val="17"/>
                <w:lang w:val="lt-LT"/>
              </w:rPr>
              <w:t>6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DD841E2" w14:textId="77777777" w:rsidR="00A8562B" w:rsidRPr="003565DD" w:rsidRDefault="00F35C2D" w:rsidP="00F35C2D">
            <w:pPr>
              <w:rPr>
                <w:rFonts w:ascii="Arial" w:hAnsi="Arial"/>
                <w:b/>
                <w:sz w:val="17"/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 xml:space="preserve">Uždavinys: </w:t>
            </w:r>
          </w:p>
          <w:p w14:paraId="307EE7F4" w14:textId="704979F3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lastRenderedPageBreak/>
              <w:t>Sustiprinti žemės ūkio sektoriaus konkurencingumą ir kaimo vietovių gyvybingumą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F953B68" w14:textId="77777777" w:rsidR="00F35C2D" w:rsidRPr="003565DD" w:rsidRDefault="00F35C2D" w:rsidP="00F35C2D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B14CE5C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83D8780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B83F885" w14:textId="3C15FB69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Avarinės būklės valstybinių magistralinių melioracijos griovių dalis (</w:t>
            </w:r>
            <w:r w:rsidR="00A7592D" w:rsidRPr="003565DD">
              <w:rPr>
                <w:rFonts w:ascii="Arial" w:hAnsi="Arial"/>
                <w:sz w:val="16"/>
                <w:lang w:val="lt-LT"/>
              </w:rPr>
              <w:t>proc.</w:t>
            </w:r>
            <w:r w:rsidRPr="003565DD">
              <w:rPr>
                <w:rFonts w:ascii="Arial" w:hAnsi="Arial"/>
                <w:sz w:val="16"/>
                <w:lang w:val="lt-LT"/>
              </w:rPr>
              <w:t>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586E470" w14:textId="77777777" w:rsidR="00A759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39,1  </w:t>
            </w:r>
          </w:p>
          <w:p w14:paraId="60E1B093" w14:textId="60F015F3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6DD333C" w14:textId="77777777" w:rsidR="00A7592D" w:rsidRPr="003565DD" w:rsidRDefault="00F35C2D" w:rsidP="00F35C2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&lt; 15,0  </w:t>
            </w:r>
          </w:p>
          <w:p w14:paraId="4D3FE253" w14:textId="5ACDDE7C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0ADB82F4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462EBA0" w14:textId="77777777" w:rsidR="00F35C2D" w:rsidRPr="003565DD" w:rsidRDefault="00F35C2D" w:rsidP="00F35C2D">
            <w:pPr>
              <w:rPr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1F6300C" w14:textId="77777777" w:rsidR="00F35C2D" w:rsidRPr="003565DD" w:rsidRDefault="00F35C2D" w:rsidP="00F35C2D">
            <w:pPr>
              <w:rPr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C9DE472" w14:textId="77777777" w:rsidR="00F35C2D" w:rsidRPr="003565DD" w:rsidRDefault="00F35C2D" w:rsidP="00F35C2D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051CA13" w14:textId="77777777" w:rsidR="00F35C2D" w:rsidRPr="003565DD" w:rsidRDefault="00F35C2D" w:rsidP="00F35C2D">
            <w:pPr>
              <w:rPr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CC21185" w14:textId="77777777" w:rsidR="00F35C2D" w:rsidRPr="003565DD" w:rsidRDefault="00F35C2D" w:rsidP="00F35C2D">
            <w:pPr>
              <w:rPr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C26F442" w14:textId="0E2580F9" w:rsidR="00F35C2D" w:rsidRPr="003565DD" w:rsidRDefault="00F35C2D" w:rsidP="00F35C2D">
            <w:pPr>
              <w:rPr>
                <w:iCs/>
                <w:lang w:val="lt-LT"/>
              </w:rPr>
            </w:pPr>
            <w:r w:rsidRPr="003565DD">
              <w:rPr>
                <w:rFonts w:ascii="Arial" w:hAnsi="Arial"/>
                <w:iCs/>
                <w:sz w:val="16"/>
                <w:lang w:val="lt-LT"/>
              </w:rPr>
              <w:t>Kaimo vietovių gyventojų, kurių gyvenamoji aplinka pagerinta, dalis (</w:t>
            </w:r>
            <w:r w:rsidR="00A7592D" w:rsidRPr="003565DD">
              <w:rPr>
                <w:rFonts w:ascii="Arial" w:hAnsi="Arial"/>
                <w:iCs/>
                <w:sz w:val="16"/>
                <w:lang w:val="lt-LT"/>
              </w:rPr>
              <w:t>proc.</w:t>
            </w:r>
            <w:r w:rsidRPr="003565DD">
              <w:rPr>
                <w:rFonts w:ascii="Arial" w:hAnsi="Arial"/>
                <w:iCs/>
                <w:sz w:val="16"/>
                <w:lang w:val="lt-LT"/>
              </w:rPr>
              <w:t>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5A0A94B" w14:textId="77777777" w:rsidR="00A8562B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0 </w:t>
            </w:r>
          </w:p>
          <w:p w14:paraId="0D7552C2" w14:textId="789BA1F2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F8CAA12" w14:textId="4FD182E2" w:rsidR="00A8562B" w:rsidRPr="003565DD" w:rsidRDefault="00F35C2D" w:rsidP="00F35C2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50 </w:t>
            </w:r>
          </w:p>
          <w:p w14:paraId="68F49A97" w14:textId="7F8B56C4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30F250CA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23B73EE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1-6-1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DDB2828" w14:textId="643FF9F8" w:rsidR="003B687F" w:rsidRPr="003565DD" w:rsidRDefault="00F35C2D" w:rsidP="003B687F">
            <w:pPr>
              <w:rPr>
                <w:rFonts w:ascii="Arial" w:hAnsi="Arial"/>
                <w:sz w:val="17"/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Savivaldybės melioracijos fondo įsteigimas</w:t>
            </w:r>
            <w:r w:rsidR="006547E5" w:rsidRPr="003565DD">
              <w:rPr>
                <w:rFonts w:ascii="Arial" w:hAnsi="Arial"/>
                <w:sz w:val="17"/>
                <w:lang w:val="lt-LT"/>
              </w:rPr>
              <w:t xml:space="preserve"> (melioracijos statinių priežiūrai ir remontui)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BA0774D" w14:textId="77777777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Žemės ūkio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60D869D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FF1ED02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F1E3381" w14:textId="4233CC0F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Įsteigtas </w:t>
            </w:r>
            <w:r w:rsidR="003B687F" w:rsidRPr="003565DD">
              <w:rPr>
                <w:rFonts w:ascii="Arial" w:hAnsi="Arial"/>
                <w:sz w:val="16"/>
                <w:lang w:val="lt-LT"/>
              </w:rPr>
              <w:t xml:space="preserve">ir veikia </w:t>
            </w:r>
            <w:r w:rsidRPr="003565DD">
              <w:rPr>
                <w:rFonts w:ascii="Arial" w:hAnsi="Arial"/>
                <w:sz w:val="16"/>
                <w:lang w:val="lt-LT"/>
              </w:rPr>
              <w:t>savivaldybės melioracijos fondas (Taip</w:t>
            </w:r>
            <w:r w:rsidR="00A7592D" w:rsidRPr="003565DD">
              <w:rPr>
                <w:rFonts w:ascii="Arial" w:hAnsi="Arial"/>
                <w:sz w:val="16"/>
                <w:lang w:val="lt-LT"/>
              </w:rPr>
              <w:t xml:space="preserve"> </w:t>
            </w:r>
            <w:r w:rsidRPr="003565DD">
              <w:rPr>
                <w:rFonts w:ascii="Arial" w:hAnsi="Arial"/>
                <w:sz w:val="16"/>
                <w:lang w:val="lt-LT"/>
              </w:rPr>
              <w:t>/</w:t>
            </w:r>
            <w:r w:rsidR="00A7592D" w:rsidRPr="003565DD">
              <w:rPr>
                <w:rFonts w:ascii="Arial" w:hAnsi="Arial"/>
                <w:sz w:val="16"/>
                <w:lang w:val="lt-LT"/>
              </w:rPr>
              <w:t xml:space="preserve"> </w:t>
            </w:r>
            <w:r w:rsidRPr="003565DD">
              <w:rPr>
                <w:rFonts w:ascii="Arial" w:hAnsi="Arial"/>
                <w:sz w:val="16"/>
                <w:lang w:val="lt-LT"/>
              </w:rPr>
              <w:t>Ne)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6A995B4" w14:textId="77777777" w:rsidR="00A8562B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Ne </w:t>
            </w:r>
          </w:p>
          <w:p w14:paraId="64AAA42B" w14:textId="18FE810D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085D30E" w14:textId="77777777" w:rsidR="00A8562B" w:rsidRPr="003565DD" w:rsidRDefault="00F35C2D" w:rsidP="00F35C2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Taip </w:t>
            </w:r>
          </w:p>
          <w:p w14:paraId="0168EA54" w14:textId="72653A98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8187D" w:rsidRPr="003565DD" w14:paraId="3EFAC545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B1218AB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1-6-2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04941CE" w14:textId="400E3E18" w:rsidR="003B687F" w:rsidRPr="003565DD" w:rsidRDefault="00F35C2D" w:rsidP="003B687F">
            <w:pPr>
              <w:rPr>
                <w:rFonts w:ascii="Arial" w:hAnsi="Arial"/>
                <w:sz w:val="17"/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Magistralinių melioracijos griovių remontas, rekonstrukcija ir priežiūra</w:t>
            </w:r>
            <w:r w:rsidR="006547E5" w:rsidRPr="003565DD">
              <w:rPr>
                <w:rFonts w:ascii="Arial" w:hAnsi="Arial"/>
                <w:sz w:val="17"/>
                <w:lang w:val="lt-LT"/>
              </w:rPr>
              <w:t xml:space="preserve"> (pralaidų, tiltelių, žiočių valymas)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56E70B9" w14:textId="76AC91A8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Žemės ūkio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8E750D6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D14DD4F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47B090D" w14:textId="6222D4B6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Blogos būklės melioracijos griovių dalis (</w:t>
            </w:r>
            <w:r w:rsidR="00A7592D" w:rsidRPr="003565DD">
              <w:rPr>
                <w:rFonts w:ascii="Arial" w:hAnsi="Arial"/>
                <w:sz w:val="16"/>
                <w:lang w:val="lt-LT"/>
              </w:rPr>
              <w:t>proc.</w:t>
            </w:r>
            <w:r w:rsidRPr="003565DD">
              <w:rPr>
                <w:rFonts w:ascii="Arial" w:hAnsi="Arial"/>
                <w:sz w:val="16"/>
                <w:lang w:val="lt-LT"/>
              </w:rPr>
              <w:t>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5F75FEE" w14:textId="77777777" w:rsidR="00A7592D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39,1  </w:t>
            </w:r>
          </w:p>
          <w:p w14:paraId="6F16FA08" w14:textId="60743A8F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A177D2D" w14:textId="77777777" w:rsidR="00A7592D" w:rsidRPr="003565DD" w:rsidRDefault="00F35C2D" w:rsidP="00F35C2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≤ 29,0  </w:t>
            </w:r>
          </w:p>
          <w:p w14:paraId="5F82FB97" w14:textId="44981983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F35C2D" w:rsidRPr="003565DD" w14:paraId="5C05F45D" w14:textId="77777777" w:rsidTr="009540F2">
        <w:tc>
          <w:tcPr>
            <w:tcW w:w="9959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56EB3BF" w14:textId="77777777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b/>
                <w:color w:val="FFFFFF"/>
                <w:sz w:val="18"/>
                <w:lang w:val="lt-LT"/>
              </w:rPr>
              <w:t>2   Sudaryti sąlygas tvarios ekonomikos augimui ir subalansuotai teritorinei plėtrai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2F26B65" w14:textId="77777777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t>Materialinės investicijos, tenkančios vienam gyventojui (Eur)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182DD8E" w14:textId="77777777" w:rsidR="00A7592D" w:rsidRPr="003565DD" w:rsidRDefault="00A7592D" w:rsidP="00F35C2D">
            <w:pPr>
              <w:jc w:val="center"/>
              <w:rPr>
                <w:rFonts w:ascii="Arial" w:hAnsi="Arial"/>
                <w:b/>
                <w:color w:val="FFFFFF" w:themeColor="background1"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color w:val="FFFFFF" w:themeColor="background1"/>
                <w:sz w:val="16"/>
                <w:lang w:val="lt-LT"/>
              </w:rPr>
              <w:t>xxx</w:t>
            </w:r>
            <w:r w:rsidR="00F35C2D" w:rsidRPr="003565DD">
              <w:rPr>
                <w:rFonts w:ascii="Arial" w:hAnsi="Arial"/>
                <w:b/>
                <w:color w:val="FFFFFF" w:themeColor="background1"/>
                <w:sz w:val="16"/>
                <w:lang w:val="lt-LT"/>
              </w:rPr>
              <w:t xml:space="preserve"> </w:t>
            </w:r>
          </w:p>
          <w:p w14:paraId="590EE6B2" w14:textId="776E67F9" w:rsidR="00F35C2D" w:rsidRPr="003565DD" w:rsidRDefault="00A7592D" w:rsidP="00F35C2D">
            <w:pPr>
              <w:jc w:val="center"/>
              <w:rPr>
                <w:color w:val="FFFFFF" w:themeColor="background1"/>
                <w:lang w:val="lt-LT"/>
              </w:rPr>
            </w:pPr>
            <w:r w:rsidRPr="003565DD">
              <w:rPr>
                <w:rFonts w:ascii="Arial" w:hAnsi="Arial"/>
                <w:b/>
                <w:color w:val="FFFFFF" w:themeColor="background1"/>
                <w:sz w:val="16"/>
                <w:lang w:val="lt-LT"/>
              </w:rPr>
              <w:t>(</w:t>
            </w:r>
            <w:r w:rsidR="00F35C2D" w:rsidRPr="003565DD">
              <w:rPr>
                <w:rFonts w:ascii="Arial" w:hAnsi="Arial"/>
                <w:b/>
                <w:color w:val="FFFFFF" w:themeColor="background1"/>
                <w:sz w:val="16"/>
                <w:lang w:val="lt-LT"/>
              </w:rPr>
              <w:t>2026 m.</w:t>
            </w:r>
            <w:r w:rsidRPr="003565DD">
              <w:rPr>
                <w:rFonts w:ascii="Arial" w:hAnsi="Arial"/>
                <w:b/>
                <w:color w:val="FFFFFF" w:themeColor="background1"/>
                <w:sz w:val="16"/>
                <w:lang w:val="lt-LT"/>
              </w:rPr>
              <w:t>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F9023F3" w14:textId="77777777" w:rsidR="00A7592D" w:rsidRPr="003565DD" w:rsidRDefault="00A7592D" w:rsidP="00F35C2D">
            <w:pPr>
              <w:jc w:val="center"/>
              <w:rPr>
                <w:rFonts w:ascii="Arial" w:hAnsi="Arial"/>
                <w:b/>
                <w:color w:val="FFFFFF" w:themeColor="background1"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color w:val="FFFFFF" w:themeColor="background1"/>
                <w:sz w:val="16"/>
                <w:lang w:val="lt-LT"/>
              </w:rPr>
              <w:t>xxx</w:t>
            </w:r>
            <w:r w:rsidR="00F35C2D" w:rsidRPr="003565DD">
              <w:rPr>
                <w:rFonts w:ascii="Arial" w:hAnsi="Arial"/>
                <w:b/>
                <w:color w:val="FFFFFF" w:themeColor="background1"/>
                <w:sz w:val="16"/>
                <w:lang w:val="lt-LT"/>
              </w:rPr>
              <w:t xml:space="preserve"> </w:t>
            </w:r>
          </w:p>
          <w:p w14:paraId="2BB50ECF" w14:textId="5AFCCEA3" w:rsidR="00F35C2D" w:rsidRPr="003565DD" w:rsidRDefault="00F35C2D" w:rsidP="00F35C2D">
            <w:pPr>
              <w:jc w:val="center"/>
              <w:rPr>
                <w:color w:val="FFFFFF" w:themeColor="background1"/>
                <w:lang w:val="lt-LT"/>
              </w:rPr>
            </w:pPr>
            <w:r w:rsidRPr="003565DD">
              <w:rPr>
                <w:rFonts w:ascii="Arial" w:hAnsi="Arial"/>
                <w:b/>
                <w:color w:val="FFFFFF" w:themeColor="background1"/>
                <w:sz w:val="16"/>
                <w:lang w:val="lt-LT"/>
              </w:rPr>
              <w:t>(2036 m.)</w:t>
            </w:r>
          </w:p>
        </w:tc>
      </w:tr>
      <w:tr w:rsidR="00F35C2D" w:rsidRPr="003565DD" w14:paraId="7A06CD1A" w14:textId="77777777" w:rsidTr="009540F2">
        <w:tc>
          <w:tcPr>
            <w:tcW w:w="9959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B7C7377" w14:textId="77777777" w:rsidR="00F35C2D" w:rsidRPr="003565DD" w:rsidRDefault="00F35C2D" w:rsidP="00F35C2D">
            <w:pPr>
              <w:rPr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0669AB6" w14:textId="643C4CD2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t>Vidutinis darbo užmokestis savivaldybėje, palyginti su šalies vidurkiu (</w:t>
            </w:r>
            <w:r w:rsidR="00A7592D"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t>proc.</w:t>
            </w:r>
            <w:r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t>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3D45054" w14:textId="77777777" w:rsidR="00A7592D" w:rsidRPr="003565DD" w:rsidRDefault="00F35C2D" w:rsidP="00F35C2D">
            <w:pPr>
              <w:jc w:val="center"/>
              <w:rPr>
                <w:rFonts w:ascii="Arial" w:hAnsi="Arial"/>
                <w:b/>
                <w:color w:val="FFFFFF" w:themeColor="background1"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color w:val="FFFFFF" w:themeColor="background1"/>
                <w:sz w:val="16"/>
                <w:lang w:val="lt-LT"/>
              </w:rPr>
              <w:t xml:space="preserve">~78  </w:t>
            </w:r>
          </w:p>
          <w:p w14:paraId="1B4A02F9" w14:textId="7D716FA0" w:rsidR="00F35C2D" w:rsidRPr="003565DD" w:rsidRDefault="00F35C2D" w:rsidP="00F35C2D">
            <w:pPr>
              <w:jc w:val="center"/>
              <w:rPr>
                <w:color w:val="FFFFFF" w:themeColor="background1"/>
                <w:lang w:val="lt-LT"/>
              </w:rPr>
            </w:pPr>
            <w:r w:rsidRPr="003565DD">
              <w:rPr>
                <w:rFonts w:ascii="Arial" w:hAnsi="Arial"/>
                <w:b/>
                <w:color w:val="FFFFFF" w:themeColor="background1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42B503E" w14:textId="77777777" w:rsidR="00A7592D" w:rsidRPr="003565DD" w:rsidRDefault="00F35C2D" w:rsidP="00F35C2D">
            <w:pPr>
              <w:jc w:val="center"/>
              <w:rPr>
                <w:rFonts w:ascii="Arial" w:hAnsi="Arial"/>
                <w:b/>
                <w:color w:val="FFFFFF" w:themeColor="background1"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color w:val="FFFFFF" w:themeColor="background1"/>
                <w:sz w:val="16"/>
                <w:lang w:val="lt-LT"/>
              </w:rPr>
              <w:t xml:space="preserve">≥ 85 </w:t>
            </w:r>
          </w:p>
          <w:p w14:paraId="0160CF8C" w14:textId="095B6BBA" w:rsidR="00F35C2D" w:rsidRPr="003565DD" w:rsidRDefault="00F35C2D" w:rsidP="00F35C2D">
            <w:pPr>
              <w:jc w:val="center"/>
              <w:rPr>
                <w:color w:val="FFFFFF" w:themeColor="background1"/>
                <w:lang w:val="lt-LT"/>
              </w:rPr>
            </w:pPr>
            <w:r w:rsidRPr="003565DD">
              <w:rPr>
                <w:rFonts w:ascii="Arial" w:hAnsi="Arial"/>
                <w:b/>
                <w:color w:val="FFFFFF" w:themeColor="background1"/>
                <w:sz w:val="16"/>
                <w:lang w:val="lt-LT"/>
              </w:rPr>
              <w:t>(2036 m.)</w:t>
            </w:r>
          </w:p>
        </w:tc>
      </w:tr>
      <w:tr w:rsidR="00F35C2D" w:rsidRPr="003565DD" w14:paraId="5BB83D45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1F754D5" w14:textId="71C4FC61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>2</w:t>
            </w:r>
            <w:r w:rsidR="00A8562B" w:rsidRPr="003565DD">
              <w:rPr>
                <w:rFonts w:ascii="Arial" w:hAnsi="Arial"/>
                <w:b/>
                <w:sz w:val="17"/>
                <w:lang w:val="lt-LT"/>
              </w:rPr>
              <w:t>-</w:t>
            </w:r>
            <w:r w:rsidRPr="003565DD">
              <w:rPr>
                <w:rFonts w:ascii="Arial" w:hAnsi="Arial"/>
                <w:b/>
                <w:sz w:val="17"/>
                <w:lang w:val="lt-LT"/>
              </w:rPr>
              <w:t>1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03BA105" w14:textId="77777777" w:rsidR="00A8562B" w:rsidRPr="003565DD" w:rsidRDefault="00F35C2D" w:rsidP="00F35C2D">
            <w:pPr>
              <w:rPr>
                <w:rFonts w:ascii="Arial" w:hAnsi="Arial"/>
                <w:b/>
                <w:sz w:val="17"/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 xml:space="preserve">Uždavinys: </w:t>
            </w:r>
          </w:p>
          <w:p w14:paraId="387E5475" w14:textId="2D1315E4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>Sukurti verslui palankią aplinką ir padidinti savivaldybės investicinį patrauklumą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17AE7B1" w14:textId="77777777" w:rsidR="00F35C2D" w:rsidRPr="003565DD" w:rsidRDefault="00F35C2D" w:rsidP="00F35C2D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3174D50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FFDD1FF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76E1EF7" w14:textId="77777777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Smulkiojo ir vidutinio verslo (MVĮ) skaičius, tenkantis 1 000 gyventojų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A8039EB" w14:textId="443AA35E" w:rsidR="00A8562B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18,5 </w:t>
            </w:r>
          </w:p>
          <w:p w14:paraId="56A6E955" w14:textId="1A9D2AD0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F119C5D" w14:textId="77777777" w:rsidR="00A8562B" w:rsidRPr="003565DD" w:rsidRDefault="00F35C2D" w:rsidP="00F35C2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≥ 25,0 </w:t>
            </w:r>
          </w:p>
          <w:p w14:paraId="5C52489B" w14:textId="6EB3B41D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F35C2D" w:rsidRPr="003565DD" w14:paraId="65338144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6136D89" w14:textId="77777777" w:rsidR="00F35C2D" w:rsidRPr="003565DD" w:rsidRDefault="00F35C2D" w:rsidP="00F35C2D">
            <w:pPr>
              <w:rPr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25E0911" w14:textId="77777777" w:rsidR="00F35C2D" w:rsidRPr="003565DD" w:rsidRDefault="00F35C2D" w:rsidP="00F35C2D">
            <w:pPr>
              <w:rPr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C8ECB63" w14:textId="77777777" w:rsidR="00F35C2D" w:rsidRPr="003565DD" w:rsidRDefault="00F35C2D" w:rsidP="00F35C2D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D1D5255" w14:textId="77777777" w:rsidR="00F35C2D" w:rsidRPr="003565DD" w:rsidRDefault="00F35C2D" w:rsidP="00F35C2D">
            <w:pPr>
              <w:rPr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8EC57A7" w14:textId="77777777" w:rsidR="00F35C2D" w:rsidRPr="003565DD" w:rsidRDefault="00F35C2D" w:rsidP="00F35C2D">
            <w:pPr>
              <w:rPr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DEB7429" w14:textId="77777777" w:rsidR="00F35C2D" w:rsidRPr="003565DD" w:rsidRDefault="00F35C2D" w:rsidP="00F35C2D">
            <w:pPr>
              <w:rPr>
                <w:iCs/>
                <w:lang w:val="lt-LT"/>
              </w:rPr>
            </w:pPr>
            <w:r w:rsidRPr="003565DD">
              <w:rPr>
                <w:rFonts w:ascii="Arial" w:hAnsi="Arial"/>
                <w:iCs/>
                <w:sz w:val="16"/>
                <w:lang w:val="lt-LT"/>
              </w:rPr>
              <w:t>Investicijoms paruoštų sklypų plotas (ha)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DB1F529" w14:textId="77777777" w:rsidR="00511F69" w:rsidRPr="003565DD" w:rsidRDefault="00511F69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xxx</w:t>
            </w:r>
            <w:r w:rsidR="00F35C2D" w:rsidRPr="003565DD">
              <w:rPr>
                <w:rFonts w:ascii="Arial" w:hAnsi="Arial"/>
                <w:sz w:val="16"/>
                <w:lang w:val="lt-LT"/>
              </w:rPr>
              <w:t xml:space="preserve"> </w:t>
            </w:r>
          </w:p>
          <w:p w14:paraId="4CD44892" w14:textId="03D5D903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</w:t>
            </w:r>
            <w:r w:rsidR="00511F69" w:rsidRPr="003565DD">
              <w:rPr>
                <w:rFonts w:ascii="Arial" w:hAnsi="Arial"/>
                <w:sz w:val="16"/>
                <w:lang w:val="lt-LT"/>
              </w:rPr>
              <w:t>6</w:t>
            </w:r>
            <w:r w:rsidRPr="003565DD">
              <w:rPr>
                <w:rFonts w:ascii="Arial" w:hAnsi="Arial"/>
                <w:sz w:val="16"/>
                <w:lang w:val="lt-LT"/>
              </w:rPr>
              <w:t xml:space="preserve">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3A9E511" w14:textId="77777777" w:rsidR="00511F69" w:rsidRPr="003565DD" w:rsidRDefault="00511F69" w:rsidP="00F35C2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xxx</w:t>
            </w:r>
            <w:r w:rsidR="00F35C2D" w:rsidRPr="003565DD">
              <w:rPr>
                <w:rFonts w:ascii="Arial" w:hAnsi="Arial"/>
                <w:b/>
                <w:sz w:val="16"/>
                <w:lang w:val="lt-LT"/>
              </w:rPr>
              <w:t xml:space="preserve"> </w:t>
            </w:r>
          </w:p>
          <w:p w14:paraId="06F0F6AA" w14:textId="1192B156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F35C2D" w:rsidRPr="003565DD" w14:paraId="6399647B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3F2FFAC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2-1-1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C472787" w14:textId="77777777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Jurbarko pramoninių teritorijų infrastruktūros plėtra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0C428CD" w14:textId="77777777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Infrastruktūros ir turto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05E3A9B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9FB2925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3664C4E" w14:textId="77777777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Išvystytų pramoninių teritorijų plotas (ha)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2F321DF" w14:textId="668027DD" w:rsidR="00A8562B" w:rsidRPr="003565DD" w:rsidRDefault="00511F69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xxx</w:t>
            </w:r>
          </w:p>
          <w:p w14:paraId="268A1A57" w14:textId="2292A260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</w:t>
            </w:r>
            <w:r w:rsidR="00511F69" w:rsidRPr="003565DD">
              <w:rPr>
                <w:rFonts w:ascii="Arial" w:hAnsi="Arial"/>
                <w:sz w:val="16"/>
                <w:lang w:val="lt-LT"/>
              </w:rPr>
              <w:t>6</w:t>
            </w:r>
            <w:r w:rsidRPr="003565DD">
              <w:rPr>
                <w:rFonts w:ascii="Arial" w:hAnsi="Arial"/>
                <w:sz w:val="16"/>
                <w:lang w:val="lt-LT"/>
              </w:rPr>
              <w:t xml:space="preserve">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4316996" w14:textId="77777777" w:rsidR="00A8562B" w:rsidRPr="003565DD" w:rsidRDefault="00F35C2D" w:rsidP="00F35C2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&gt;30 ha </w:t>
            </w:r>
          </w:p>
          <w:p w14:paraId="1B213275" w14:textId="14672635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F35C2D" w:rsidRPr="003565DD" w14:paraId="586F2EBA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EB0A272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2-1-2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954A823" w14:textId="101F4DA9" w:rsidR="003B687F" w:rsidRPr="003565DD" w:rsidRDefault="00F35C2D" w:rsidP="003B687F">
            <w:pPr>
              <w:rPr>
                <w:rFonts w:ascii="Arial" w:hAnsi="Arial"/>
                <w:sz w:val="17"/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Trumpųjų maisto tiekimo grandinių iniciatyvų skatinimas</w:t>
            </w:r>
            <w:r w:rsidR="006547E5" w:rsidRPr="003565DD">
              <w:rPr>
                <w:rFonts w:ascii="Arial" w:hAnsi="Arial"/>
                <w:sz w:val="17"/>
                <w:lang w:val="lt-LT"/>
              </w:rPr>
              <w:t xml:space="preserve"> </w:t>
            </w:r>
            <w:r w:rsidR="00E35D8F">
              <w:rPr>
                <w:rFonts w:ascii="Arial" w:hAnsi="Arial"/>
                <w:sz w:val="17"/>
                <w:lang w:val="lt-LT"/>
              </w:rPr>
              <w:t>(</w:t>
            </w:r>
            <w:r w:rsidR="006547E5" w:rsidRPr="003565DD">
              <w:rPr>
                <w:rFonts w:ascii="Arial" w:hAnsi="Arial"/>
                <w:sz w:val="17"/>
                <w:lang w:val="lt-LT"/>
              </w:rPr>
              <w:t>vietinės žemės ūkio produkcijos realizavimo ir bendradarbiavimo tarp smulkiųjų ūkių ir viešojo sektoriaus skatinimas)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FC30D73" w14:textId="77777777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Žemės ūkio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8E7BA3C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CE07840" w14:textId="77777777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A71EAAA" w14:textId="77777777" w:rsidR="00F35C2D" w:rsidRPr="003565DD" w:rsidRDefault="00F35C2D" w:rsidP="00F35C2D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Trumposiose maisto tiekimo grandinėse dalyvaujančių ūkių skaičius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5523A0A" w14:textId="77777777" w:rsidR="00A8562B" w:rsidRPr="003565DD" w:rsidRDefault="00F35C2D" w:rsidP="00F35C2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0 </w:t>
            </w:r>
          </w:p>
          <w:p w14:paraId="2F447D89" w14:textId="06AC9163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6159359" w14:textId="77777777" w:rsidR="00A8562B" w:rsidRPr="003565DD" w:rsidRDefault="00F35C2D" w:rsidP="00F35C2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15 </w:t>
            </w:r>
          </w:p>
          <w:p w14:paraId="7190BB52" w14:textId="5E895883" w:rsidR="00F35C2D" w:rsidRPr="003565DD" w:rsidRDefault="00F35C2D" w:rsidP="00F35C2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083919" w:rsidRPr="003565DD" w14:paraId="27C6C3B4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1B9DA66" w14:textId="1C16E4F8" w:rsidR="00083919" w:rsidRPr="003565DD" w:rsidRDefault="00083919" w:rsidP="00083919">
            <w:pPr>
              <w:jc w:val="center"/>
              <w:rPr>
                <w:rFonts w:ascii="Arial" w:hAnsi="Arial"/>
                <w:sz w:val="17"/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2-1-3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1FC5784" w14:textId="13917662" w:rsidR="00083919" w:rsidRPr="003565DD" w:rsidRDefault="00083919" w:rsidP="00083919">
            <w:pPr>
              <w:rPr>
                <w:rFonts w:ascii="Arial" w:hAnsi="Arial"/>
                <w:sz w:val="17"/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Ekonominės veiklos skatinimas (SVV ir kaimo rėmimo fondai, Jurbarko turizmo ir verslo informacijos centras)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8FDA8D2" w14:textId="5C70737D" w:rsidR="00083919" w:rsidRPr="003565DD" w:rsidRDefault="00083919" w:rsidP="00083919">
            <w:pPr>
              <w:rPr>
                <w:rFonts w:ascii="Arial" w:hAnsi="Arial"/>
                <w:i/>
                <w:sz w:val="15"/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Finansų skyriaus vedėjas</w:t>
            </w:r>
          </w:p>
          <w:p w14:paraId="28B64257" w14:textId="4AF24814" w:rsidR="00083919" w:rsidRPr="003565DD" w:rsidRDefault="00083919" w:rsidP="00083919">
            <w:pPr>
              <w:rPr>
                <w:rFonts w:ascii="Arial" w:hAnsi="Arial"/>
                <w:i/>
                <w:sz w:val="15"/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Investicijų ir strateginio planavimo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31BBFD8" w14:textId="05A2C97B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A9BC32C" w14:textId="5118347F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49B32A6" w14:textId="08BC10DF" w:rsidR="00083919" w:rsidRPr="003565DD" w:rsidRDefault="00083919" w:rsidP="00083919">
            <w:pPr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Suteiktos paramos skaičius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841319B" w14:textId="78E8EAF8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25 </w:t>
            </w:r>
          </w:p>
          <w:p w14:paraId="20F2BE9B" w14:textId="4818CB7E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A4385D9" w14:textId="38F8582D" w:rsidR="00083919" w:rsidRPr="003565DD" w:rsidRDefault="00083919" w:rsidP="0008391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45 </w:t>
            </w:r>
          </w:p>
          <w:p w14:paraId="1B8711E8" w14:textId="0B72D750" w:rsidR="00083919" w:rsidRPr="003565DD" w:rsidRDefault="00083919" w:rsidP="0008391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083919" w:rsidRPr="003565DD" w14:paraId="01B44F6C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0CA2CF4" w14:textId="77777777" w:rsidR="00083919" w:rsidRPr="003565DD" w:rsidRDefault="00083919" w:rsidP="00083919">
            <w:pPr>
              <w:jc w:val="center"/>
              <w:rPr>
                <w:rFonts w:ascii="Arial" w:hAnsi="Arial"/>
                <w:sz w:val="17"/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72B61B0" w14:textId="77777777" w:rsidR="00083919" w:rsidRPr="003565DD" w:rsidRDefault="00083919" w:rsidP="00083919">
            <w:pPr>
              <w:rPr>
                <w:rFonts w:ascii="Arial" w:hAnsi="Arial"/>
                <w:sz w:val="17"/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64F56A2" w14:textId="77777777" w:rsidR="00083919" w:rsidRPr="003565DD" w:rsidRDefault="00083919" w:rsidP="00083919">
            <w:pPr>
              <w:rPr>
                <w:rFonts w:ascii="Arial" w:hAnsi="Arial"/>
                <w:i/>
                <w:sz w:val="15"/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CBB5972" w14:textId="77777777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A634706" w14:textId="77777777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DA89E80" w14:textId="0FBCFBA8" w:rsidR="00083919" w:rsidRPr="003565DD" w:rsidRDefault="00083919" w:rsidP="00083919">
            <w:pPr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Turistų skaičius (asm.)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739DAFE" w14:textId="79057884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10 000</w:t>
            </w:r>
          </w:p>
          <w:p w14:paraId="28D56EDE" w14:textId="695142BF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(2027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AD90116" w14:textId="1EF49390" w:rsidR="00083919" w:rsidRPr="003565DD" w:rsidRDefault="00083919" w:rsidP="0008391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15 000</w:t>
            </w:r>
          </w:p>
          <w:p w14:paraId="1F0AF060" w14:textId="046E865F" w:rsidR="00083919" w:rsidRPr="003565DD" w:rsidRDefault="00083919" w:rsidP="0008391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083919" w:rsidRPr="003565DD" w14:paraId="175A1143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C606BD0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>2.2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A14E706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>Uždavinys: Atnaujinti ir modernizuoti viešąją infrastruktūrą bei pagerinti sąlygas darniam judumui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EEFB090" w14:textId="77777777" w:rsidR="00083919" w:rsidRPr="003565DD" w:rsidRDefault="00083919" w:rsidP="00083919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C5566EA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35A20B5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3A5A9C7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Dviračių takų tinklo ilgis (km)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56F1207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30,54 km 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1139578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60,54 km (2036 m.)</w:t>
            </w:r>
          </w:p>
        </w:tc>
      </w:tr>
      <w:tr w:rsidR="00083919" w:rsidRPr="003565DD" w14:paraId="40BD204F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B75A2E7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2-2-1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AF75ECB" w14:textId="60EED955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Susisiekimo infrastruktūros gerinimas (kelių remontas, rekonstrukcija ir žvyrkelių asfaltavimas)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EFC7AA4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Infrastruktūros ir turto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6F9F12C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DA5E7BF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0B85E28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Asfaltuotų žvyrkelių ilgis (km)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44337E0" w14:textId="77777777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xxx </w:t>
            </w:r>
          </w:p>
          <w:p w14:paraId="4C010138" w14:textId="21C33450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D8FEDE1" w14:textId="77777777" w:rsidR="00083919" w:rsidRPr="003565DD" w:rsidRDefault="00083919" w:rsidP="0008391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xxx </w:t>
            </w:r>
          </w:p>
          <w:p w14:paraId="5D988F45" w14:textId="65A58BA1" w:rsidR="00083919" w:rsidRPr="003565DD" w:rsidRDefault="00083919" w:rsidP="0008391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083919" w:rsidRPr="003565DD" w14:paraId="6DD2B007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28D5329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2-2-2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2BC2B47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Dviračių takų tinklo plėtra ir esamų takų sujungimas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7D52566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Infrastruktūros ir turto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7089565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F580746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F1C027D" w14:textId="3D64E969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Įrengtas dviračių takų ilgis (km)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0984B35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0,29 km 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A39913A" w14:textId="77777777" w:rsidR="00083919" w:rsidRPr="003565DD" w:rsidRDefault="00083919" w:rsidP="0008391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5,0 km </w:t>
            </w:r>
          </w:p>
          <w:p w14:paraId="3D89E2E8" w14:textId="5A8E9010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083919" w:rsidRPr="003565DD" w14:paraId="4EEF91AF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6B7DCE7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2-2-3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6A2542D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Regioninės viešojo transporto sistemos modernizavimas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C83F60C" w14:textId="0CD65878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Infrastruktūros ir turto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D8310F0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82D944A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79EB134" w14:textId="1B4B30F9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Keleivių, pervežtų viešuoju transportu, skaičius (tūkst. asm.)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FD7F2E8" w14:textId="77777777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205,7 </w:t>
            </w:r>
          </w:p>
          <w:p w14:paraId="3E00D4F5" w14:textId="1E2D02FA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FF9D354" w14:textId="77777777" w:rsidR="00083919" w:rsidRPr="003565DD" w:rsidRDefault="00083919" w:rsidP="0008391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250,0 </w:t>
            </w:r>
          </w:p>
          <w:p w14:paraId="40F69644" w14:textId="04544579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083919" w:rsidRPr="003565DD" w14:paraId="15CBF9E5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CCAF7CD" w14:textId="08A1858E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>2-3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15A86B3" w14:textId="77777777" w:rsidR="00083919" w:rsidRPr="003565DD" w:rsidRDefault="00083919" w:rsidP="00083919">
            <w:pPr>
              <w:rPr>
                <w:rFonts w:ascii="Arial" w:hAnsi="Arial"/>
                <w:b/>
                <w:sz w:val="17"/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 xml:space="preserve">Uždavinys: </w:t>
            </w:r>
          </w:p>
          <w:p w14:paraId="51914884" w14:textId="09197999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>Sustiprinti kokybiško ir įtraukaus švietimo sistemą, atitinkančią gyventojų ir darbo rinkos poreikius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D97D003" w14:textId="77777777" w:rsidR="00083919" w:rsidRPr="003565DD" w:rsidRDefault="00083919" w:rsidP="00083919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413D7AF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8463130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7D9C565" w14:textId="48EA550D" w:rsidR="00083919" w:rsidRPr="003565DD" w:rsidRDefault="00083919" w:rsidP="00083919">
            <w:pPr>
              <w:rPr>
                <w:iCs/>
                <w:lang w:val="lt-LT"/>
              </w:rPr>
            </w:pPr>
            <w:r w:rsidRPr="003565DD">
              <w:rPr>
                <w:rFonts w:ascii="Arial" w:hAnsi="Arial"/>
                <w:iCs/>
                <w:sz w:val="16"/>
                <w:lang w:val="lt-LT"/>
              </w:rPr>
              <w:t>Mokyklas baigusių mokinių, tęsiančių mokymąsi formaliojo švietimo sistemoje, dalis (%)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556ABD1" w14:textId="77777777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xxx </w:t>
            </w:r>
          </w:p>
          <w:p w14:paraId="58768E0E" w14:textId="590A4704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A97463B" w14:textId="77777777" w:rsidR="00083919" w:rsidRPr="003565DD" w:rsidRDefault="00083919" w:rsidP="0008391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xxx </w:t>
            </w:r>
          </w:p>
          <w:p w14:paraId="57348B2C" w14:textId="486E275D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083919" w:rsidRPr="003565DD" w14:paraId="174B1C23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D3E70AD" w14:textId="77777777" w:rsidR="00083919" w:rsidRPr="003565DD" w:rsidRDefault="00083919" w:rsidP="00083919">
            <w:pPr>
              <w:rPr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F75764F" w14:textId="77777777" w:rsidR="00083919" w:rsidRPr="003565DD" w:rsidRDefault="00083919" w:rsidP="00083919">
            <w:pPr>
              <w:rPr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848B042" w14:textId="77777777" w:rsidR="00083919" w:rsidRPr="003565DD" w:rsidRDefault="00083919" w:rsidP="00083919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79E9BAE" w14:textId="77777777" w:rsidR="00083919" w:rsidRPr="003565DD" w:rsidRDefault="00083919" w:rsidP="00083919">
            <w:pPr>
              <w:rPr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AC75BE5" w14:textId="77777777" w:rsidR="00083919" w:rsidRPr="003565DD" w:rsidRDefault="00083919" w:rsidP="00083919">
            <w:pPr>
              <w:rPr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D1D396E" w14:textId="60CDBD12" w:rsidR="00083919" w:rsidRPr="003565DD" w:rsidRDefault="00083919" w:rsidP="00083919">
            <w:pPr>
              <w:rPr>
                <w:iCs/>
                <w:lang w:val="lt-LT"/>
              </w:rPr>
            </w:pPr>
            <w:r w:rsidRPr="003565DD">
              <w:rPr>
                <w:rFonts w:ascii="Arial" w:hAnsi="Arial"/>
                <w:iCs/>
                <w:sz w:val="16"/>
                <w:lang w:val="lt-LT"/>
              </w:rPr>
              <w:t>Specialiųjų ugdymosi poreikių turinčių mokinių, kuriems užtikrintas švietimo pagalbos teikimas, dalis (%)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1A63165" w14:textId="77777777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xxx </w:t>
            </w:r>
          </w:p>
          <w:p w14:paraId="4531179D" w14:textId="4FC1AD0F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0A9E707" w14:textId="77777777" w:rsidR="00083919" w:rsidRPr="003565DD" w:rsidRDefault="00083919" w:rsidP="0008391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≥ 95 % </w:t>
            </w:r>
          </w:p>
          <w:p w14:paraId="0763B609" w14:textId="4417D096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083919" w:rsidRPr="003565DD" w14:paraId="4E882B6F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7832C47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2-3-1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E467729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Mokinio profesinio orientavimo stiprinimas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05631CB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Švietimo, kultūros ir sporto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5C100AD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843D514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D5206DB" w14:textId="544FBA4F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„Pasimatuok profesiją“ klubų skaičius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F1D78AD" w14:textId="77777777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1 </w:t>
            </w:r>
          </w:p>
          <w:p w14:paraId="3EDDC7F1" w14:textId="7110DDE4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1A71440" w14:textId="5FC4DD5E" w:rsidR="00083919" w:rsidRPr="003565DD" w:rsidRDefault="00083919" w:rsidP="0008391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4 </w:t>
            </w:r>
          </w:p>
          <w:p w14:paraId="5D4C2DDC" w14:textId="18AB60A3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083919" w:rsidRPr="003565DD" w14:paraId="765A2E2B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8F72B59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lastRenderedPageBreak/>
              <w:t>2-3-2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D46CFFF" w14:textId="2999C5BF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Įtraukiojo ugdymo ir švietimo pagalbos plėtra (specialistų pritraukimo ir išlaikymo programa)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0A63B3C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Švietimo, kultūros ir sporto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43B3F38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FF519B1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8E766AD" w14:textId="4AE1417B" w:rsidR="00083919" w:rsidRPr="003565DD" w:rsidRDefault="00083919" w:rsidP="00083919">
            <w:pPr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Mokytojų ir švietimo pagalbą teikiančių specialistų skaičius (asm.)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547CEB1" w14:textId="5F91CF2F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8</w:t>
            </w:r>
          </w:p>
          <w:p w14:paraId="105AF0B7" w14:textId="11AB577B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CC3217C" w14:textId="20EA3AF2" w:rsidR="00083919" w:rsidRPr="003565DD" w:rsidRDefault="00083919" w:rsidP="0008391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25</w:t>
            </w:r>
          </w:p>
          <w:p w14:paraId="0BD1453F" w14:textId="5ED1414D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083919" w:rsidRPr="003565DD" w14:paraId="2FAC57BA" w14:textId="77777777" w:rsidTr="00BC4CB9">
        <w:trPr>
          <w:trHeight w:val="365"/>
        </w:trPr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CAA0EDE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2-3-3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309668B" w14:textId="71E1F0F0" w:rsidR="00083919" w:rsidRPr="003565DD" w:rsidRDefault="00083919" w:rsidP="00083919">
            <w:pPr>
              <w:rPr>
                <w:rFonts w:ascii="Arial" w:hAnsi="Arial"/>
                <w:sz w:val="17"/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Ugdymo įstaigų modernizavimas (renovacija ir universalus dizainas)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AAF9AC5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Švietimo, kultūros ir sporto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DD13AD9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ECB9B61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414BE84" w14:textId="36EE5FE7" w:rsidR="00083919" w:rsidRPr="003565DD" w:rsidRDefault="00083919" w:rsidP="00083919">
            <w:pPr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Modernizuotų ugdymo įstaigų skaičius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DA61884" w14:textId="77777777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0 </w:t>
            </w:r>
          </w:p>
          <w:p w14:paraId="6ADDA578" w14:textId="04E844DA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CCA7564" w14:textId="77777777" w:rsidR="00083919" w:rsidRPr="003565DD" w:rsidRDefault="00083919" w:rsidP="0008391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3 </w:t>
            </w:r>
          </w:p>
          <w:p w14:paraId="5421CC6D" w14:textId="48075812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083919" w:rsidRPr="003565DD" w14:paraId="4F4AE49B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1AE4427" w14:textId="45D38F25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>2-4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5794DE2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>Uždavinys: Padidinti turistinį patrauklumą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9AD960B" w14:textId="77777777" w:rsidR="00083919" w:rsidRPr="003565DD" w:rsidRDefault="00083919" w:rsidP="00083919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36204A7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25960A6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9DD7BF2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Apgyvendinimo įstaigose nakvojusių turistų skaičius per metus (tūkst.)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D23BE2C" w14:textId="77777777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xxx </w:t>
            </w:r>
          </w:p>
          <w:p w14:paraId="20E8E33C" w14:textId="097C8040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EEA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75FDC79" w14:textId="77777777" w:rsidR="00083919" w:rsidRPr="003565DD" w:rsidRDefault="00083919" w:rsidP="0008391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xxx </w:t>
            </w:r>
          </w:p>
          <w:p w14:paraId="216232FD" w14:textId="5399C68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083919" w:rsidRPr="003565DD" w14:paraId="477E3AEC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0FED2E2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2-4-1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AED0F0E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Nemuno krašto turizmo infrastruktūros plėtra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3675597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Investicijų ir strateginio planavimo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E4B62F6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D2060CA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E2E151A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Naujų turistinės infrastruktūros objektų skaičius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E6AC889" w14:textId="77777777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xxx </w:t>
            </w:r>
          </w:p>
          <w:p w14:paraId="08EC599F" w14:textId="319BF322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4E18097" w14:textId="77777777" w:rsidR="00083919" w:rsidRPr="003565DD" w:rsidRDefault="00083919" w:rsidP="0008391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xxx </w:t>
            </w:r>
          </w:p>
          <w:p w14:paraId="6E36CDB3" w14:textId="1A0F088F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083919" w:rsidRPr="003565DD" w14:paraId="78FC56B4" w14:textId="77777777" w:rsidTr="00C94333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5A7601F" w14:textId="77777777" w:rsidR="00083919" w:rsidRPr="003565DD" w:rsidRDefault="00083919" w:rsidP="00083919">
            <w:pPr>
              <w:jc w:val="center"/>
              <w:rPr>
                <w:rFonts w:ascii="Arial" w:hAnsi="Arial"/>
                <w:sz w:val="17"/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11F83F7" w14:textId="77777777" w:rsidR="00083919" w:rsidRPr="003565DD" w:rsidRDefault="00083919" w:rsidP="00083919">
            <w:pPr>
              <w:rPr>
                <w:rFonts w:ascii="Arial" w:hAnsi="Arial"/>
                <w:sz w:val="17"/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1167A7E" w14:textId="77777777" w:rsidR="00083919" w:rsidRPr="003565DD" w:rsidRDefault="00083919" w:rsidP="00083919">
            <w:pPr>
              <w:rPr>
                <w:rFonts w:ascii="Arial" w:hAnsi="Arial"/>
                <w:i/>
                <w:sz w:val="15"/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665EC7F" w14:textId="77777777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F2E8ADF" w14:textId="77777777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7925279" w14:textId="6ECC5CE1" w:rsidR="00083919" w:rsidRPr="003565DD" w:rsidRDefault="00083919" w:rsidP="00083919">
            <w:pPr>
              <w:rPr>
                <w:rFonts w:ascii="Arial" w:hAnsi="Arial"/>
                <w:iCs/>
                <w:sz w:val="16"/>
                <w:lang w:val="lt-LT"/>
              </w:rPr>
            </w:pPr>
            <w:r w:rsidRPr="003565DD">
              <w:rPr>
                <w:rFonts w:ascii="Arial" w:hAnsi="Arial"/>
                <w:iCs/>
                <w:sz w:val="16"/>
                <w:lang w:val="lt-LT"/>
              </w:rPr>
              <w:t>Pritaikytų lankymui turizmo objektų skaičius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B360221" w14:textId="77777777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xxx </w:t>
            </w:r>
          </w:p>
          <w:p w14:paraId="3372AE0B" w14:textId="01FC7F76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2F8678E" w14:textId="77777777" w:rsidR="00083919" w:rsidRPr="003565DD" w:rsidRDefault="00083919" w:rsidP="0008391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xxx </w:t>
            </w:r>
          </w:p>
          <w:p w14:paraId="518BBDC7" w14:textId="6EA99929" w:rsidR="00083919" w:rsidRPr="003565DD" w:rsidRDefault="00083919" w:rsidP="0008391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083919" w:rsidRPr="003565DD" w14:paraId="36955CF0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0A742FB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2-4-2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BC16975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Tarpregioninis bendradarbiavimas turizmo srityje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5F771EB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Investicijų ir strateginio planavimo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0D9F1A2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4177C3D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4060654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Bendrų tarpregioninių turizmo projektų skaičius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1DE3CA9" w14:textId="77777777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xxx </w:t>
            </w:r>
          </w:p>
          <w:p w14:paraId="062DA57A" w14:textId="25C9FAF5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31215D4" w14:textId="77777777" w:rsidR="00083919" w:rsidRPr="003565DD" w:rsidRDefault="00083919" w:rsidP="0008391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xxx </w:t>
            </w:r>
          </w:p>
          <w:p w14:paraId="2031EE72" w14:textId="07DC38E4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083919" w:rsidRPr="003565DD" w14:paraId="0AE04B71" w14:textId="77777777" w:rsidTr="009540F2">
        <w:tc>
          <w:tcPr>
            <w:tcW w:w="9959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B1B2EA5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b/>
                <w:color w:val="FFFFFF"/>
                <w:sz w:val="18"/>
                <w:lang w:val="lt-LT"/>
              </w:rPr>
              <w:t>3   Skatinti efektyvų, atvirą ir finansiškai savarankišką savivaldybės valdymą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CD9200B" w14:textId="2DBF5FA8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t>Gyventojų pasitenkinimas savivaldybės valdymu ir skaidrumu (</w:t>
            </w:r>
            <w:r w:rsidR="00CB3431"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t>proc.</w:t>
            </w:r>
            <w:r w:rsidRPr="003565DD">
              <w:rPr>
                <w:rFonts w:ascii="Arial" w:hAnsi="Arial"/>
                <w:b/>
                <w:color w:val="FFFFFF"/>
                <w:sz w:val="16"/>
                <w:lang w:val="lt-LT"/>
              </w:rPr>
              <w:t>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66B67D3" w14:textId="77777777" w:rsidR="00CB3431" w:rsidRPr="003565DD" w:rsidRDefault="00083919" w:rsidP="00083919">
            <w:pPr>
              <w:jc w:val="center"/>
              <w:rPr>
                <w:rFonts w:ascii="Arial" w:hAnsi="Arial"/>
                <w:b/>
                <w:color w:val="FFFFFF" w:themeColor="background1"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color w:val="FFFFFF" w:themeColor="background1"/>
                <w:sz w:val="16"/>
                <w:lang w:val="lt-LT"/>
              </w:rPr>
              <w:t xml:space="preserve">~55  </w:t>
            </w:r>
          </w:p>
          <w:p w14:paraId="30AF375D" w14:textId="321623E2" w:rsidR="00083919" w:rsidRPr="003565DD" w:rsidRDefault="00083919" w:rsidP="00083919">
            <w:pPr>
              <w:jc w:val="center"/>
              <w:rPr>
                <w:color w:val="FFFFFF" w:themeColor="background1"/>
                <w:lang w:val="lt-LT"/>
              </w:rPr>
            </w:pPr>
            <w:r w:rsidRPr="003565DD">
              <w:rPr>
                <w:rFonts w:ascii="Arial" w:hAnsi="Arial"/>
                <w:b/>
                <w:color w:val="FFFFFF" w:themeColor="background1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843EB0C" w14:textId="77777777" w:rsidR="00CB3431" w:rsidRPr="003565DD" w:rsidRDefault="00083919" w:rsidP="00083919">
            <w:pPr>
              <w:jc w:val="center"/>
              <w:rPr>
                <w:rFonts w:ascii="Arial" w:hAnsi="Arial"/>
                <w:b/>
                <w:color w:val="FFFFFF" w:themeColor="background1"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color w:val="FFFFFF" w:themeColor="background1"/>
                <w:sz w:val="16"/>
                <w:lang w:val="lt-LT"/>
              </w:rPr>
              <w:t xml:space="preserve">≥ 75 </w:t>
            </w:r>
          </w:p>
          <w:p w14:paraId="4CEBBDE1" w14:textId="4FC4497C" w:rsidR="00083919" w:rsidRPr="003565DD" w:rsidRDefault="00083919" w:rsidP="00083919">
            <w:pPr>
              <w:jc w:val="center"/>
              <w:rPr>
                <w:color w:val="FFFFFF" w:themeColor="background1"/>
                <w:lang w:val="lt-LT"/>
              </w:rPr>
            </w:pPr>
            <w:r w:rsidRPr="003565DD">
              <w:rPr>
                <w:rFonts w:ascii="Arial" w:hAnsi="Arial"/>
                <w:b/>
                <w:color w:val="FFFFFF" w:themeColor="background1"/>
                <w:sz w:val="16"/>
                <w:lang w:val="lt-LT"/>
              </w:rPr>
              <w:t xml:space="preserve"> (2036 m.)</w:t>
            </w:r>
          </w:p>
        </w:tc>
      </w:tr>
      <w:tr w:rsidR="00083919" w:rsidRPr="003565DD" w14:paraId="5453C8D0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9BAD457" w14:textId="3B51105C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>3-1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F70E079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>Uždavinys: Įdiegti šiuolaikiškas valdymo praktikas ir skaitmenines paslaugas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8607E1D" w14:textId="77777777" w:rsidR="00083919" w:rsidRPr="003565DD" w:rsidRDefault="00083919" w:rsidP="00083919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8D2F7A1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0728DD8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5B84D57" w14:textId="3DFCB730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Savivaldybės e. paslaugų, teikiamų visiškai skaitmenizuotu būdu, dalis nuo visų paslaugų (</w:t>
            </w:r>
            <w:r w:rsidR="00CB3431" w:rsidRPr="003565DD">
              <w:rPr>
                <w:rFonts w:ascii="Arial" w:hAnsi="Arial"/>
                <w:sz w:val="16"/>
                <w:lang w:val="lt-LT"/>
              </w:rPr>
              <w:t>proc.</w:t>
            </w:r>
            <w:r w:rsidRPr="003565DD">
              <w:rPr>
                <w:rFonts w:ascii="Arial" w:hAnsi="Arial"/>
                <w:sz w:val="16"/>
                <w:lang w:val="lt-LT"/>
              </w:rPr>
              <w:t>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AB80234" w14:textId="77777777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xxx </w:t>
            </w:r>
          </w:p>
          <w:p w14:paraId="6A7BF372" w14:textId="60395E34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E681777" w14:textId="230C871A" w:rsidR="00083919" w:rsidRPr="003565DD" w:rsidRDefault="00083919" w:rsidP="0008391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≥ 80 </w:t>
            </w:r>
          </w:p>
          <w:p w14:paraId="30374B62" w14:textId="13DFDE84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083919" w:rsidRPr="003565DD" w14:paraId="5C74788D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D4BC814" w14:textId="77777777" w:rsidR="00083919" w:rsidRPr="003565DD" w:rsidRDefault="00083919" w:rsidP="00083919">
            <w:pPr>
              <w:rPr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F476C0D" w14:textId="77777777" w:rsidR="00083919" w:rsidRPr="003565DD" w:rsidRDefault="00083919" w:rsidP="00083919">
            <w:pPr>
              <w:rPr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208FED3" w14:textId="77777777" w:rsidR="00083919" w:rsidRPr="003565DD" w:rsidRDefault="00083919" w:rsidP="00083919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E249ECC" w14:textId="77777777" w:rsidR="00083919" w:rsidRPr="003565DD" w:rsidRDefault="00083919" w:rsidP="00083919">
            <w:pPr>
              <w:rPr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DECD027" w14:textId="77777777" w:rsidR="00083919" w:rsidRPr="003565DD" w:rsidRDefault="00083919" w:rsidP="00083919">
            <w:pPr>
              <w:rPr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0FA430F" w14:textId="77777777" w:rsidR="00083919" w:rsidRPr="003565DD" w:rsidRDefault="00083919" w:rsidP="00083919">
            <w:pPr>
              <w:rPr>
                <w:iCs/>
                <w:lang w:val="lt-LT"/>
              </w:rPr>
            </w:pPr>
            <w:r w:rsidRPr="003565DD">
              <w:rPr>
                <w:rFonts w:ascii="Arial" w:hAnsi="Arial"/>
                <w:iCs/>
                <w:sz w:val="16"/>
                <w:lang w:val="lt-LT"/>
              </w:rPr>
              <w:t>Gyventojų pasitenkinimo savivaldybės valdymu indeksas (GKI reitingas)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BEB5696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38 vieta (2024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E65A4EA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≤ 20 vieta (2036 m.)</w:t>
            </w:r>
          </w:p>
        </w:tc>
      </w:tr>
      <w:tr w:rsidR="00083919" w:rsidRPr="003565DD" w14:paraId="0DEC7F19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B41A75D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3-1-1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0BE9B70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Savivaldybės e. paslaugų plėtra ir skaitmeninė transformacija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B5DECE1" w14:textId="345E3A9C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 xml:space="preserve">Dokumentų ir viešųjų ryšių skyriaus vedėjas 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D5561BB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F9335A5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D7DFEBD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Skaitmenizuotų paslaugų skaičius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B493416" w14:textId="77777777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xxx </w:t>
            </w:r>
          </w:p>
          <w:p w14:paraId="75A285FA" w14:textId="026015AD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8DEE0D7" w14:textId="77777777" w:rsidR="00083919" w:rsidRPr="003565DD" w:rsidRDefault="00083919" w:rsidP="0008391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xxx </w:t>
            </w:r>
          </w:p>
          <w:p w14:paraId="76FAC88B" w14:textId="09646BCE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083919" w:rsidRPr="003565DD" w14:paraId="3568F517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4D4ACA3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3-1-2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DEFB8CA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Vieningos Jurbarko rajono skaitmeninės informacijos, paslaugų ir gyventojų įtraukimo platformos sukūrimas ir plėtra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090F379" w14:textId="5B5BB3D9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Dokumentų ir viešųjų ryšių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3D95DD9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4F20F18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539ED93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Sukurta ir veikianti vieninga skaitmeninė platforma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8D1C2D9" w14:textId="77777777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0 </w:t>
            </w:r>
          </w:p>
          <w:p w14:paraId="5A5C02C8" w14:textId="6C886D30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(2027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CEB96E1" w14:textId="77777777" w:rsidR="00083919" w:rsidRPr="003565DD" w:rsidRDefault="00083919" w:rsidP="0008391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1 </w:t>
            </w:r>
          </w:p>
          <w:p w14:paraId="16E39F74" w14:textId="322CD4C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083919" w:rsidRPr="003565DD" w14:paraId="37140EE3" w14:textId="77777777" w:rsidTr="00347777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68F45EE" w14:textId="77777777" w:rsidR="00083919" w:rsidRPr="003565DD" w:rsidRDefault="00083919" w:rsidP="00083919">
            <w:pPr>
              <w:rPr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17A7562" w14:textId="77777777" w:rsidR="00083919" w:rsidRPr="003565DD" w:rsidRDefault="00083919" w:rsidP="00083919">
            <w:pPr>
              <w:rPr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1F5F3BD" w14:textId="77777777" w:rsidR="00083919" w:rsidRPr="003565DD" w:rsidRDefault="00083919" w:rsidP="00083919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39469E8" w14:textId="77777777" w:rsidR="00083919" w:rsidRPr="003565DD" w:rsidRDefault="00083919" w:rsidP="00083919">
            <w:pPr>
              <w:rPr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FAFD7BA" w14:textId="77777777" w:rsidR="00083919" w:rsidRPr="003565DD" w:rsidRDefault="00083919" w:rsidP="00083919">
            <w:pPr>
              <w:rPr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7F3CA85" w14:textId="77777777" w:rsidR="00083919" w:rsidRPr="003565DD" w:rsidRDefault="00083919" w:rsidP="00083919">
            <w:pPr>
              <w:rPr>
                <w:iCs/>
                <w:lang w:val="lt-LT"/>
              </w:rPr>
            </w:pPr>
            <w:r w:rsidRPr="003565DD">
              <w:rPr>
                <w:rFonts w:ascii="Arial" w:hAnsi="Arial"/>
                <w:iCs/>
                <w:sz w:val="16"/>
                <w:lang w:val="lt-LT"/>
              </w:rPr>
              <w:t>Platformoje veikiančių pagrindinių funkcijų skaičius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4978C7D" w14:textId="77777777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0 </w:t>
            </w:r>
          </w:p>
          <w:p w14:paraId="1EAD22E4" w14:textId="7508259A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(2027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A6A8EDD" w14:textId="77777777" w:rsidR="00083919" w:rsidRPr="003565DD" w:rsidRDefault="00083919" w:rsidP="0008391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≥ 5 </w:t>
            </w:r>
          </w:p>
          <w:p w14:paraId="73203EBF" w14:textId="54F587E0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083919" w:rsidRPr="003565DD" w14:paraId="3657DF89" w14:textId="77777777" w:rsidTr="00347777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78BEAB7" w14:textId="77777777" w:rsidR="00083919" w:rsidRPr="003565DD" w:rsidRDefault="00083919" w:rsidP="00083919">
            <w:pPr>
              <w:rPr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DB8368F" w14:textId="77777777" w:rsidR="00083919" w:rsidRPr="003565DD" w:rsidRDefault="00083919" w:rsidP="00083919">
            <w:pPr>
              <w:rPr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F12021C" w14:textId="77777777" w:rsidR="00083919" w:rsidRPr="003565DD" w:rsidRDefault="00083919" w:rsidP="00083919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0E7D740" w14:textId="77777777" w:rsidR="00083919" w:rsidRPr="003565DD" w:rsidRDefault="00083919" w:rsidP="00083919">
            <w:pPr>
              <w:rPr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9395504" w14:textId="77777777" w:rsidR="00083919" w:rsidRPr="003565DD" w:rsidRDefault="00083919" w:rsidP="00083919">
            <w:pPr>
              <w:rPr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77F5F16" w14:textId="281501E1" w:rsidR="00083919" w:rsidRPr="003565DD" w:rsidRDefault="00083919" w:rsidP="00083919">
            <w:pPr>
              <w:rPr>
                <w:iCs/>
                <w:lang w:val="lt-LT"/>
              </w:rPr>
            </w:pPr>
            <w:r w:rsidRPr="003565DD">
              <w:rPr>
                <w:rFonts w:ascii="Arial" w:hAnsi="Arial"/>
                <w:iCs/>
                <w:sz w:val="16"/>
                <w:lang w:val="lt-LT"/>
              </w:rPr>
              <w:t>Įgyvendintų gyventojų, bendruomenių, NVO ir verslo idėjų per platformą dalis (</w:t>
            </w:r>
            <w:r w:rsidR="00CB3431" w:rsidRPr="003565DD">
              <w:rPr>
                <w:rFonts w:ascii="Arial" w:hAnsi="Arial"/>
                <w:iCs/>
                <w:sz w:val="16"/>
                <w:lang w:val="lt-LT"/>
              </w:rPr>
              <w:t>proc</w:t>
            </w:r>
            <w:r w:rsidR="003565DD" w:rsidRPr="003565DD">
              <w:rPr>
                <w:rFonts w:ascii="Arial" w:hAnsi="Arial"/>
                <w:iCs/>
                <w:sz w:val="16"/>
                <w:lang w:val="lt-LT"/>
              </w:rPr>
              <w:t>.</w:t>
            </w:r>
            <w:r w:rsidRPr="003565DD">
              <w:rPr>
                <w:rFonts w:ascii="Arial" w:hAnsi="Arial"/>
                <w:iCs/>
                <w:sz w:val="16"/>
                <w:lang w:val="lt-LT"/>
              </w:rPr>
              <w:t>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5E3BB13" w14:textId="77777777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0 </w:t>
            </w:r>
          </w:p>
          <w:p w14:paraId="3C6F8BC2" w14:textId="57049562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(2027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B390F15" w14:textId="48F5CAD6" w:rsidR="00083919" w:rsidRPr="003565DD" w:rsidRDefault="00083919" w:rsidP="0008391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≥ 5 </w:t>
            </w:r>
          </w:p>
          <w:p w14:paraId="1E51773B" w14:textId="14F7A31B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 (2036 m.)</w:t>
            </w:r>
          </w:p>
        </w:tc>
      </w:tr>
      <w:tr w:rsidR="00083919" w:rsidRPr="003565DD" w14:paraId="13835168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4276116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3-1-3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5C46C6C" w14:textId="2A04BDD2" w:rsidR="00083919" w:rsidRPr="003565DD" w:rsidRDefault="00083919" w:rsidP="00083919">
            <w:pPr>
              <w:rPr>
                <w:rFonts w:ascii="Arial" w:hAnsi="Arial"/>
                <w:sz w:val="17"/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 xml:space="preserve">Priemonė: Žemės ūkio funkcijų administravimo optimizavimas (pasėlių deklaravimo paslaugų ir agrarinių funkcijų sistemos tobulinimas)  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B80467F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Žemės ūkio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31D591E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7F0ABCB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6FB40B2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Darbo krūvių skirtumas tarp seniūnijų žemės ūkio specialistų (kartai)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AC9A052" w14:textId="77777777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4,4 </w:t>
            </w:r>
          </w:p>
          <w:p w14:paraId="5FEDBE1C" w14:textId="6C8CA603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6E38FD0" w14:textId="77777777" w:rsidR="00083919" w:rsidRPr="003565DD" w:rsidRDefault="00083919" w:rsidP="0008391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&lt; 1,5 </w:t>
            </w:r>
          </w:p>
          <w:p w14:paraId="3EA32305" w14:textId="541864E5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083919" w:rsidRPr="003565DD" w14:paraId="70EE7375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FD6CD69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3-1-4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E930BAF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Tarpinstitucinio bendradarbiavimo mechanizmų stiprinimas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A3430E9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Tarpinstitucinio bendradarbiavimo koordinatorė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F45298B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B579D9A" w14:textId="77777777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B45EA32" w14:textId="77777777" w:rsidR="00083919" w:rsidRPr="003565DD" w:rsidRDefault="00083919" w:rsidP="00083919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Veikiančių tarpinstitucinio bendradarbiavimo algoritmų skaičius (vnt.)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9E7AEE2" w14:textId="588A1F94" w:rsidR="00083919" w:rsidRPr="003565DD" w:rsidRDefault="00083919" w:rsidP="00083919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0</w:t>
            </w:r>
          </w:p>
          <w:p w14:paraId="2436646C" w14:textId="1E9305CF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A8C4EAB" w14:textId="77777777" w:rsidR="00083919" w:rsidRPr="003565DD" w:rsidRDefault="00083919" w:rsidP="00083919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1 </w:t>
            </w:r>
          </w:p>
          <w:p w14:paraId="55B7380F" w14:textId="13B2BA89" w:rsidR="00083919" w:rsidRPr="003565DD" w:rsidRDefault="00083919" w:rsidP="00083919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565DD" w:rsidRPr="003565DD" w14:paraId="09E31FBA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6D051CF" w14:textId="40C8079A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>3-2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0DF20E2" w14:textId="77777777" w:rsidR="003565DD" w:rsidRPr="003565DD" w:rsidRDefault="003565DD" w:rsidP="003565DD">
            <w:pPr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>Uždavinys: Efektyviai valdyti, atnaujinti ir energetiškai modernizuoti savivaldybės turtą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AFD37CD" w14:textId="77777777" w:rsidR="003565DD" w:rsidRPr="003565DD" w:rsidRDefault="003565DD" w:rsidP="003565DD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F5261B5" w14:textId="77777777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67B1E82" w14:textId="77777777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C4E1078" w14:textId="009BE4DD" w:rsidR="003565DD" w:rsidRPr="003565DD" w:rsidRDefault="003565DD" w:rsidP="003565DD">
            <w:pPr>
              <w:rPr>
                <w:strike/>
                <w:lang w:val="lt-LT"/>
              </w:rPr>
            </w:pPr>
            <w:r w:rsidRPr="003565DD">
              <w:rPr>
                <w:rFonts w:ascii="Arial" w:hAnsi="Arial"/>
                <w:color w:val="000000"/>
                <w:sz w:val="16"/>
                <w:lang w:val="lt-LT"/>
              </w:rPr>
              <w:t>Aplinkai neutralių viešųjų pastatų nuo visų valdomų pastatų, dalis (%)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1A3A87E" w14:textId="77777777" w:rsidR="003565DD" w:rsidRPr="003565DD" w:rsidRDefault="003565DD" w:rsidP="003565D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xxx </w:t>
            </w:r>
          </w:p>
          <w:p w14:paraId="19DAA65F" w14:textId="6E83B5C0" w:rsidR="003565DD" w:rsidRPr="003565DD" w:rsidRDefault="003565DD" w:rsidP="003565DD">
            <w:pPr>
              <w:jc w:val="center"/>
              <w:rPr>
                <w:strike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4F48672" w14:textId="11B4B83D" w:rsidR="003565DD" w:rsidRPr="003565DD" w:rsidRDefault="003565DD" w:rsidP="003565D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>
              <w:rPr>
                <w:rFonts w:ascii="Arial" w:hAnsi="Arial"/>
                <w:b/>
                <w:sz w:val="16"/>
                <w:lang w:val="lt-LT"/>
              </w:rPr>
              <w:t>xxx</w:t>
            </w:r>
          </w:p>
          <w:p w14:paraId="742D5357" w14:textId="23D6A007" w:rsidR="003565DD" w:rsidRPr="003565DD" w:rsidRDefault="003565DD" w:rsidP="003565DD">
            <w:pPr>
              <w:jc w:val="center"/>
              <w:rPr>
                <w:strike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565DD" w:rsidRPr="003565DD" w14:paraId="5AC7DB27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944E46E" w14:textId="77777777" w:rsidR="003565DD" w:rsidRPr="003565DD" w:rsidRDefault="003565DD" w:rsidP="003565DD">
            <w:pPr>
              <w:rPr>
                <w:lang w:val="lt-LT"/>
              </w:rPr>
            </w:pP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2FC4334" w14:textId="77777777" w:rsidR="003565DD" w:rsidRPr="003565DD" w:rsidRDefault="003565DD" w:rsidP="003565DD">
            <w:pPr>
              <w:rPr>
                <w:lang w:val="lt-LT"/>
              </w:rPr>
            </w:pP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2AAE34D" w14:textId="77777777" w:rsidR="003565DD" w:rsidRPr="003565DD" w:rsidRDefault="003565DD" w:rsidP="003565DD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0DEF0C5" w14:textId="77777777" w:rsidR="003565DD" w:rsidRPr="003565DD" w:rsidRDefault="003565DD" w:rsidP="003565DD">
            <w:pPr>
              <w:rPr>
                <w:lang w:val="lt-LT"/>
              </w:rPr>
            </w:pP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3C76958" w14:textId="77777777" w:rsidR="003565DD" w:rsidRPr="003565DD" w:rsidRDefault="003565DD" w:rsidP="003565DD">
            <w:pPr>
              <w:rPr>
                <w:lang w:val="lt-LT"/>
              </w:rPr>
            </w:pP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4211C27" w14:textId="3E87B01F" w:rsidR="003565DD" w:rsidRPr="003565DD" w:rsidRDefault="003565DD" w:rsidP="003565DD">
            <w:pPr>
              <w:rPr>
                <w:iCs/>
                <w:strike/>
                <w:lang w:val="lt-LT"/>
              </w:rPr>
            </w:pPr>
            <w:r w:rsidRPr="003565DD">
              <w:rPr>
                <w:rFonts w:ascii="Arial" w:hAnsi="Arial"/>
                <w:iCs/>
                <w:sz w:val="16"/>
                <w:lang w:val="lt-LT"/>
              </w:rPr>
              <w:t xml:space="preserve">Savivaldybės energetikos sąnaudų sumažėjimas, palyginti su baziniais metais </w:t>
            </w:r>
            <w:r>
              <w:rPr>
                <w:rFonts w:ascii="Arial" w:hAnsi="Arial"/>
                <w:iCs/>
                <w:sz w:val="16"/>
                <w:lang w:val="lt-LT"/>
              </w:rPr>
              <w:t>(</w:t>
            </w:r>
            <w:r w:rsidRPr="003565DD">
              <w:rPr>
                <w:rFonts w:ascii="Arial" w:hAnsi="Arial"/>
                <w:iCs/>
                <w:sz w:val="16"/>
                <w:lang w:val="lt-LT"/>
              </w:rPr>
              <w:t>proc.)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423DC4D" w14:textId="09C9D336" w:rsidR="003565DD" w:rsidRPr="003565DD" w:rsidRDefault="003565DD" w:rsidP="003565DD">
            <w:pPr>
              <w:jc w:val="center"/>
              <w:rPr>
                <w:rFonts w:ascii="Arial" w:hAnsi="Arial"/>
                <w:iCs/>
                <w:sz w:val="16"/>
                <w:lang w:val="lt-LT"/>
              </w:rPr>
            </w:pPr>
            <w:r w:rsidRPr="003565DD">
              <w:rPr>
                <w:rFonts w:ascii="Arial" w:hAnsi="Arial"/>
                <w:iCs/>
                <w:sz w:val="16"/>
                <w:lang w:val="lt-LT"/>
              </w:rPr>
              <w:t>0</w:t>
            </w:r>
          </w:p>
          <w:p w14:paraId="7541CD12" w14:textId="63CFC0C9" w:rsidR="003565DD" w:rsidRPr="003565DD" w:rsidRDefault="003565DD" w:rsidP="003565DD">
            <w:pPr>
              <w:jc w:val="center"/>
              <w:rPr>
                <w:iCs/>
                <w:strike/>
                <w:lang w:val="lt-LT"/>
              </w:rPr>
            </w:pPr>
            <w:r w:rsidRPr="003565DD">
              <w:rPr>
                <w:rFonts w:ascii="Arial" w:hAnsi="Arial"/>
                <w:iCs/>
                <w:sz w:val="16"/>
                <w:lang w:val="lt-LT"/>
              </w:rPr>
              <w:t>(2025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5F1AEE7" w14:textId="209674E9" w:rsidR="003565DD" w:rsidRPr="003565DD" w:rsidRDefault="003565DD" w:rsidP="003565DD">
            <w:pPr>
              <w:jc w:val="center"/>
              <w:rPr>
                <w:rFonts w:ascii="Arial" w:hAnsi="Arial"/>
                <w:b/>
                <w:iCs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iCs/>
                <w:sz w:val="16"/>
                <w:lang w:val="lt-LT"/>
              </w:rPr>
              <w:t>–30</w:t>
            </w:r>
          </w:p>
          <w:p w14:paraId="7865219F" w14:textId="68775B2D" w:rsidR="003565DD" w:rsidRPr="003565DD" w:rsidRDefault="003565DD" w:rsidP="003565DD">
            <w:pPr>
              <w:jc w:val="center"/>
              <w:rPr>
                <w:iCs/>
                <w:strike/>
                <w:lang w:val="lt-LT"/>
              </w:rPr>
            </w:pPr>
            <w:r w:rsidRPr="003565DD">
              <w:rPr>
                <w:rFonts w:ascii="Arial" w:hAnsi="Arial"/>
                <w:b/>
                <w:iCs/>
                <w:sz w:val="16"/>
                <w:lang w:val="lt-LT"/>
              </w:rPr>
              <w:t>(2036 m.)</w:t>
            </w:r>
          </w:p>
        </w:tc>
      </w:tr>
      <w:tr w:rsidR="003565DD" w:rsidRPr="003565DD" w14:paraId="4626CEA4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02F53E4" w14:textId="77777777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3-2-1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2B21ACE" w14:textId="7CF24E0F" w:rsidR="003565DD" w:rsidRPr="003565DD" w:rsidRDefault="003565DD" w:rsidP="003565DD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Atsinaujinančių energijos išteklių panaudojimas centralizuotam šilumos tiekimui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5BB4DE4" w14:textId="77777777" w:rsidR="003565DD" w:rsidRPr="003565DD" w:rsidRDefault="003565DD" w:rsidP="003565DD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Infrastruktūros ir turto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DA803CF" w14:textId="77777777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1A71030" w14:textId="77777777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124E22B" w14:textId="0956791D" w:rsidR="003565DD" w:rsidRPr="003565DD" w:rsidRDefault="003565DD" w:rsidP="003565DD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AEI naudojančių objektų dalis centralizuoto šilumos tiekimo sektoriuje (%) 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6F7D1C5" w14:textId="083F33A5" w:rsidR="003565DD" w:rsidRPr="003565DD" w:rsidRDefault="003565DD" w:rsidP="003565D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xxx</w:t>
            </w:r>
          </w:p>
          <w:p w14:paraId="5F057891" w14:textId="0A467568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 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6DDC1C7" w14:textId="77777777" w:rsidR="003565DD" w:rsidRPr="003565DD" w:rsidRDefault="003565DD" w:rsidP="003565D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90 % </w:t>
            </w:r>
          </w:p>
          <w:p w14:paraId="6FEF308F" w14:textId="118BAFA3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565DD" w:rsidRPr="003565DD" w14:paraId="2498EDAE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9D24A9C" w14:textId="77777777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3-2-2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3852520" w14:textId="4FEB56B2" w:rsidR="003565DD" w:rsidRPr="003565DD" w:rsidRDefault="003565DD" w:rsidP="003565DD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Viešųjų pastatų modernizavimas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5EE3063" w14:textId="77777777" w:rsidR="003565DD" w:rsidRPr="003565DD" w:rsidRDefault="003565DD" w:rsidP="003565DD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Infrastruktūros ir turto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DC3383B" w14:textId="77777777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5510959" w14:textId="77777777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0E073FA" w14:textId="77777777" w:rsidR="003565DD" w:rsidRPr="003565DD" w:rsidRDefault="003565DD" w:rsidP="003565DD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Savivaldybės viešųjų pastatų, turinčių energinio naudingumo sertifikatą (C klasė ar aukštesnė), dalis (%)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C1CF29F" w14:textId="77777777" w:rsidR="003565DD" w:rsidRPr="003565DD" w:rsidRDefault="003565DD" w:rsidP="003565D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xxx</w:t>
            </w:r>
          </w:p>
          <w:p w14:paraId="3DCDECBA" w14:textId="5D9496B3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 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6055019" w14:textId="77777777" w:rsidR="003565DD" w:rsidRPr="003565DD" w:rsidRDefault="003565DD" w:rsidP="003565D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 xml:space="preserve">≥ 80 % </w:t>
            </w:r>
          </w:p>
          <w:p w14:paraId="1FFF6A2C" w14:textId="2866422C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565DD" w:rsidRPr="003565DD" w14:paraId="347C2BB8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9E301EE" w14:textId="7A3A1DC3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lastRenderedPageBreak/>
              <w:t>3-3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34CDD982" w14:textId="77777777" w:rsidR="003565DD" w:rsidRPr="003565DD" w:rsidRDefault="003565DD" w:rsidP="003565DD">
            <w:pPr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7"/>
                <w:lang w:val="lt-LT"/>
              </w:rPr>
              <w:t>Uždavinys: Išplėtoti atsinaujinančiosios energetikos sprendimus ir skatinti inovacijas savivaldybėje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81E2618" w14:textId="77777777" w:rsidR="003565DD" w:rsidRPr="003565DD" w:rsidRDefault="003565DD" w:rsidP="003565DD">
            <w:pPr>
              <w:rPr>
                <w:lang w:val="lt-LT"/>
              </w:rPr>
            </w:pP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7A846B4" w14:textId="77777777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DAD3505" w14:textId="77777777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8D7BB2F" w14:textId="56459DD0" w:rsidR="003565DD" w:rsidRPr="003565DD" w:rsidRDefault="003565DD" w:rsidP="003565DD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Savivaldybės valdomų objektų, naudojančių atsinaujinančiuosius energijos šaltinius, dalis (</w:t>
            </w:r>
            <w:r>
              <w:rPr>
                <w:rFonts w:ascii="Arial" w:hAnsi="Arial"/>
                <w:sz w:val="16"/>
                <w:lang w:val="lt-LT"/>
              </w:rPr>
              <w:t>proc.</w:t>
            </w:r>
            <w:r w:rsidRPr="003565DD">
              <w:rPr>
                <w:rFonts w:ascii="Arial" w:hAnsi="Arial"/>
                <w:sz w:val="16"/>
                <w:lang w:val="lt-LT"/>
              </w:rPr>
              <w:t>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A164AF0" w14:textId="77777777" w:rsidR="003565DD" w:rsidRPr="003565DD" w:rsidRDefault="003565DD" w:rsidP="003565D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xxx</w:t>
            </w:r>
          </w:p>
          <w:p w14:paraId="3734E705" w14:textId="7445D8B6" w:rsidR="003565DD" w:rsidRPr="003565DD" w:rsidRDefault="003565DD" w:rsidP="003565DD">
            <w:pPr>
              <w:jc w:val="center"/>
              <w:rPr>
                <w:strike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 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4EDE1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74D5772" w14:textId="4BAAC613" w:rsidR="003565DD" w:rsidRPr="003565DD" w:rsidRDefault="003565DD" w:rsidP="003565D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≥ 50</w:t>
            </w:r>
          </w:p>
          <w:p w14:paraId="038F88B5" w14:textId="6D20A899" w:rsidR="003565DD" w:rsidRPr="003565DD" w:rsidRDefault="003565DD" w:rsidP="003565DD">
            <w:pPr>
              <w:jc w:val="center"/>
              <w:rPr>
                <w:strike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565DD" w:rsidRPr="003565DD" w14:paraId="766CF4B8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AA612E1" w14:textId="77777777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3-3-1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02EFDD4" w14:textId="4E1E24CE" w:rsidR="003565DD" w:rsidRPr="003565DD" w:rsidRDefault="003565DD" w:rsidP="003565DD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Atsinaujinančių energijos išteklių elektros energijos panaudojimo plėtra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5CCA1C7" w14:textId="77777777" w:rsidR="003565DD" w:rsidRPr="003565DD" w:rsidRDefault="003565DD" w:rsidP="003565DD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Infrastruktūros ir turto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667418F" w14:textId="77777777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24AE4DD" w14:textId="77777777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6E3ACAEC" w14:textId="01BEE0CF" w:rsidR="003565DD" w:rsidRPr="003565DD" w:rsidRDefault="003565DD" w:rsidP="003565DD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AEI naudojančių objektų dalis (</w:t>
            </w:r>
            <w:r>
              <w:rPr>
                <w:rFonts w:ascii="Arial" w:hAnsi="Arial"/>
                <w:sz w:val="16"/>
                <w:lang w:val="lt-LT"/>
              </w:rPr>
              <w:t>proc.</w:t>
            </w:r>
            <w:r w:rsidRPr="003565DD">
              <w:rPr>
                <w:rFonts w:ascii="Arial" w:hAnsi="Arial"/>
                <w:sz w:val="16"/>
                <w:lang w:val="lt-LT"/>
              </w:rPr>
              <w:t>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F1C024C" w14:textId="77777777" w:rsidR="003565DD" w:rsidRPr="003565DD" w:rsidRDefault="003565DD" w:rsidP="003565D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xxx</w:t>
            </w:r>
          </w:p>
          <w:p w14:paraId="6087BB5D" w14:textId="709108E7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 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57BC7820" w14:textId="6182576D" w:rsidR="003565DD" w:rsidRPr="003565DD" w:rsidRDefault="003565DD" w:rsidP="003565D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≥ 50</w:t>
            </w:r>
          </w:p>
          <w:p w14:paraId="522BD3E6" w14:textId="72FFBB2C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  <w:tr w:rsidR="003565DD" w:rsidRPr="003565DD" w14:paraId="17E41FB3" w14:textId="77777777" w:rsidTr="009540F2">
        <w:tc>
          <w:tcPr>
            <w:tcW w:w="9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4F8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CF532B3" w14:textId="77777777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3-3-2</w:t>
            </w:r>
          </w:p>
        </w:tc>
        <w:tc>
          <w:tcPr>
            <w:tcW w:w="5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75A6E09B" w14:textId="7E463143" w:rsidR="003565DD" w:rsidRPr="003565DD" w:rsidRDefault="003565DD" w:rsidP="003565DD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7"/>
                <w:lang w:val="lt-LT"/>
              </w:rPr>
              <w:t>Priemonė: Europos Sąjungos ir kitų išorės paramos šaltinių išnaudojimas</w:t>
            </w:r>
          </w:p>
        </w:tc>
        <w:tc>
          <w:tcPr>
            <w:tcW w:w="2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E038383" w14:textId="77777777" w:rsidR="003565DD" w:rsidRPr="003565DD" w:rsidRDefault="003565DD" w:rsidP="003565DD">
            <w:pPr>
              <w:rPr>
                <w:lang w:val="lt-LT"/>
              </w:rPr>
            </w:pPr>
            <w:r w:rsidRPr="003565DD">
              <w:rPr>
                <w:rFonts w:ascii="Arial" w:hAnsi="Arial"/>
                <w:i/>
                <w:sz w:val="15"/>
                <w:lang w:val="lt-LT"/>
              </w:rPr>
              <w:t>Investicijų ir strateginio planavimo skyriaus vedėjas</w:t>
            </w:r>
          </w:p>
        </w:tc>
        <w:tc>
          <w:tcPr>
            <w:tcW w:w="7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07D8ECF8" w14:textId="77777777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2027</w:t>
            </w:r>
          </w:p>
        </w:tc>
        <w:tc>
          <w:tcPr>
            <w:tcW w:w="7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2807984C" w14:textId="77777777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2036</w:t>
            </w:r>
          </w:p>
        </w:tc>
        <w:tc>
          <w:tcPr>
            <w:tcW w:w="358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66A69E9" w14:textId="77777777" w:rsidR="003565DD" w:rsidRPr="003565DD" w:rsidRDefault="003565DD" w:rsidP="003565DD">
            <w:pPr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ES ir kitų fondų lėšų, gautų savivaldybės projektams, suma (mln. Eur per laikotarpį)</w:t>
            </w:r>
          </w:p>
        </w:tc>
        <w:tc>
          <w:tcPr>
            <w:tcW w:w="10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112A1165" w14:textId="77777777" w:rsidR="003565DD" w:rsidRPr="003565DD" w:rsidRDefault="003565DD" w:rsidP="003565DD">
            <w:pPr>
              <w:jc w:val="center"/>
              <w:rPr>
                <w:rFonts w:ascii="Arial" w:hAnsi="Arial"/>
                <w:sz w:val="16"/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>xxx</w:t>
            </w:r>
          </w:p>
          <w:p w14:paraId="7B6DE25D" w14:textId="15E9FE00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sz w:val="16"/>
                <w:lang w:val="lt-LT"/>
              </w:rPr>
              <w:t xml:space="preserve"> (2026 m.)</w:t>
            </w:r>
          </w:p>
        </w:tc>
        <w:tc>
          <w:tcPr>
            <w:tcW w:w="11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14:paraId="4A023E2E" w14:textId="1A63193E" w:rsidR="003565DD" w:rsidRPr="003565DD" w:rsidRDefault="003565DD" w:rsidP="003565DD">
            <w:pPr>
              <w:jc w:val="center"/>
              <w:rPr>
                <w:rFonts w:ascii="Arial" w:hAnsi="Arial"/>
                <w:b/>
                <w:sz w:val="16"/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xxx</w:t>
            </w:r>
          </w:p>
          <w:p w14:paraId="4191F801" w14:textId="53184573" w:rsidR="003565DD" w:rsidRPr="003565DD" w:rsidRDefault="003565DD" w:rsidP="003565DD">
            <w:pPr>
              <w:jc w:val="center"/>
              <w:rPr>
                <w:lang w:val="lt-LT"/>
              </w:rPr>
            </w:pPr>
            <w:r w:rsidRPr="003565DD">
              <w:rPr>
                <w:rFonts w:ascii="Arial" w:hAnsi="Arial"/>
                <w:b/>
                <w:sz w:val="16"/>
                <w:lang w:val="lt-LT"/>
              </w:rPr>
              <w:t>(2036 m.)</w:t>
            </w:r>
          </w:p>
        </w:tc>
      </w:tr>
    </w:tbl>
    <w:p w14:paraId="25A0C7A2" w14:textId="468A9086" w:rsidR="00DE57EF" w:rsidRPr="003565DD" w:rsidRDefault="00000000">
      <w:pPr>
        <w:spacing w:before="120"/>
        <w:rPr>
          <w:lang w:val="lt-LT"/>
        </w:rPr>
      </w:pPr>
      <w:r w:rsidRPr="003565DD">
        <w:rPr>
          <w:rFonts w:ascii="Arial" w:hAnsi="Arial"/>
          <w:b/>
          <w:sz w:val="16"/>
          <w:lang w:val="lt-LT"/>
        </w:rPr>
        <w:t xml:space="preserve">Pastaba: </w:t>
      </w:r>
      <w:r w:rsidR="008E5D60" w:rsidRPr="003565DD">
        <w:rPr>
          <w:rFonts w:ascii="Arial" w:hAnsi="Arial"/>
          <w:i/>
          <w:sz w:val="16"/>
          <w:lang w:val="lt-LT"/>
        </w:rPr>
        <w:t>Nenurodytos rodiklių</w:t>
      </w:r>
      <w:r w:rsidRPr="003565DD">
        <w:rPr>
          <w:rFonts w:ascii="Arial" w:hAnsi="Arial"/>
          <w:i/>
          <w:sz w:val="16"/>
          <w:lang w:val="lt-LT"/>
        </w:rPr>
        <w:t xml:space="preserve"> reikšmės </w:t>
      </w:r>
      <w:r w:rsidR="008E5D60" w:rsidRPr="003565DD">
        <w:rPr>
          <w:rFonts w:ascii="Arial" w:hAnsi="Arial"/>
          <w:i/>
          <w:sz w:val="16"/>
          <w:lang w:val="lt-LT"/>
        </w:rPr>
        <w:t>bus</w:t>
      </w:r>
      <w:r w:rsidR="004804BD">
        <w:rPr>
          <w:rFonts w:ascii="Arial" w:hAnsi="Arial"/>
          <w:i/>
          <w:sz w:val="16"/>
          <w:lang w:val="lt-LT"/>
        </w:rPr>
        <w:t xml:space="preserve"> surinktos ir nurodytos</w:t>
      </w:r>
      <w:r w:rsidRPr="003565DD">
        <w:rPr>
          <w:rFonts w:ascii="Arial" w:hAnsi="Arial"/>
          <w:i/>
          <w:sz w:val="16"/>
          <w:lang w:val="lt-LT"/>
        </w:rPr>
        <w:t xml:space="preserve"> iki </w:t>
      </w:r>
      <w:r w:rsidR="008E5D60" w:rsidRPr="003565DD">
        <w:rPr>
          <w:rFonts w:ascii="Arial" w:hAnsi="Arial"/>
          <w:i/>
          <w:sz w:val="16"/>
          <w:lang w:val="lt-LT"/>
        </w:rPr>
        <w:t xml:space="preserve">galutinio </w:t>
      </w:r>
      <w:r w:rsidRPr="003565DD">
        <w:rPr>
          <w:rFonts w:ascii="Arial" w:hAnsi="Arial"/>
          <w:i/>
          <w:sz w:val="16"/>
          <w:lang w:val="lt-LT"/>
        </w:rPr>
        <w:t>SPP patvirtinimo.</w:t>
      </w:r>
    </w:p>
    <w:sectPr w:rsidR="00DE57EF" w:rsidRPr="003565DD" w:rsidSect="00034616"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710001">
    <w:abstractNumId w:val="8"/>
  </w:num>
  <w:num w:numId="2" w16cid:durableId="77092861">
    <w:abstractNumId w:val="6"/>
  </w:num>
  <w:num w:numId="3" w16cid:durableId="189998556">
    <w:abstractNumId w:val="5"/>
  </w:num>
  <w:num w:numId="4" w16cid:durableId="30228810">
    <w:abstractNumId w:val="4"/>
  </w:num>
  <w:num w:numId="5" w16cid:durableId="408158391">
    <w:abstractNumId w:val="7"/>
  </w:num>
  <w:num w:numId="6" w16cid:durableId="1933736110">
    <w:abstractNumId w:val="3"/>
  </w:num>
  <w:num w:numId="7" w16cid:durableId="1387488445">
    <w:abstractNumId w:val="2"/>
  </w:num>
  <w:num w:numId="8" w16cid:durableId="883445095">
    <w:abstractNumId w:val="1"/>
  </w:num>
  <w:num w:numId="9" w16cid:durableId="1303533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78D"/>
    <w:rsid w:val="00005F70"/>
    <w:rsid w:val="00034616"/>
    <w:rsid w:val="0006063C"/>
    <w:rsid w:val="00065EF7"/>
    <w:rsid w:val="00083919"/>
    <w:rsid w:val="000B794A"/>
    <w:rsid w:val="000C1203"/>
    <w:rsid w:val="00124C6B"/>
    <w:rsid w:val="0013029C"/>
    <w:rsid w:val="0015074B"/>
    <w:rsid w:val="001543EF"/>
    <w:rsid w:val="00180E39"/>
    <w:rsid w:val="001822A1"/>
    <w:rsid w:val="001A750F"/>
    <w:rsid w:val="001D2A04"/>
    <w:rsid w:val="001D3EAB"/>
    <w:rsid w:val="001E4317"/>
    <w:rsid w:val="00234ABD"/>
    <w:rsid w:val="00252A9E"/>
    <w:rsid w:val="00260A7D"/>
    <w:rsid w:val="002709BD"/>
    <w:rsid w:val="0029639D"/>
    <w:rsid w:val="002C7A0A"/>
    <w:rsid w:val="002D0D9E"/>
    <w:rsid w:val="003151A9"/>
    <w:rsid w:val="00326F90"/>
    <w:rsid w:val="00334BE7"/>
    <w:rsid w:val="00347777"/>
    <w:rsid w:val="003565DD"/>
    <w:rsid w:val="003608EB"/>
    <w:rsid w:val="00371BB9"/>
    <w:rsid w:val="003765D2"/>
    <w:rsid w:val="0038187D"/>
    <w:rsid w:val="003B1534"/>
    <w:rsid w:val="003B687F"/>
    <w:rsid w:val="003F61FE"/>
    <w:rsid w:val="00437DA9"/>
    <w:rsid w:val="00452F45"/>
    <w:rsid w:val="00462782"/>
    <w:rsid w:val="004804BD"/>
    <w:rsid w:val="004C5983"/>
    <w:rsid w:val="004C5DA1"/>
    <w:rsid w:val="004E1C9C"/>
    <w:rsid w:val="004E7ACD"/>
    <w:rsid w:val="00510866"/>
    <w:rsid w:val="00511F69"/>
    <w:rsid w:val="00544101"/>
    <w:rsid w:val="00552FE8"/>
    <w:rsid w:val="0055425D"/>
    <w:rsid w:val="00572A11"/>
    <w:rsid w:val="00593537"/>
    <w:rsid w:val="00607157"/>
    <w:rsid w:val="00624E0D"/>
    <w:rsid w:val="0065406B"/>
    <w:rsid w:val="006547E5"/>
    <w:rsid w:val="006A2B12"/>
    <w:rsid w:val="006D1E5E"/>
    <w:rsid w:val="006D5469"/>
    <w:rsid w:val="0074278E"/>
    <w:rsid w:val="0076740D"/>
    <w:rsid w:val="007D1C40"/>
    <w:rsid w:val="00842D7D"/>
    <w:rsid w:val="00853C08"/>
    <w:rsid w:val="00855E76"/>
    <w:rsid w:val="008C782A"/>
    <w:rsid w:val="008E5D60"/>
    <w:rsid w:val="00944631"/>
    <w:rsid w:val="009540F2"/>
    <w:rsid w:val="0095520F"/>
    <w:rsid w:val="009B41D3"/>
    <w:rsid w:val="00A7592D"/>
    <w:rsid w:val="00A81C53"/>
    <w:rsid w:val="00A8562B"/>
    <w:rsid w:val="00A9693A"/>
    <w:rsid w:val="00AA1D8D"/>
    <w:rsid w:val="00AC3C80"/>
    <w:rsid w:val="00B177C0"/>
    <w:rsid w:val="00B25D38"/>
    <w:rsid w:val="00B2600B"/>
    <w:rsid w:val="00B33F27"/>
    <w:rsid w:val="00B40DF7"/>
    <w:rsid w:val="00B47730"/>
    <w:rsid w:val="00B60D2B"/>
    <w:rsid w:val="00BA35EB"/>
    <w:rsid w:val="00BC4CB9"/>
    <w:rsid w:val="00C41053"/>
    <w:rsid w:val="00C833F0"/>
    <w:rsid w:val="00C94333"/>
    <w:rsid w:val="00CB0664"/>
    <w:rsid w:val="00CB3431"/>
    <w:rsid w:val="00CC089F"/>
    <w:rsid w:val="00D40D63"/>
    <w:rsid w:val="00D51238"/>
    <w:rsid w:val="00D668EF"/>
    <w:rsid w:val="00DD204A"/>
    <w:rsid w:val="00DE57EF"/>
    <w:rsid w:val="00E35D8F"/>
    <w:rsid w:val="00E5063F"/>
    <w:rsid w:val="00ED5D6F"/>
    <w:rsid w:val="00EE15B1"/>
    <w:rsid w:val="00EF75C5"/>
    <w:rsid w:val="00F35C2D"/>
    <w:rsid w:val="00F72A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96AFC9"/>
  <w14:defaultImageDpi w14:val="300"/>
  <w15:docId w15:val="{BAF3771F-1D20-410D-AA4E-B609B70EF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8562B"/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g-star-inserted">
    <w:name w:val="ng-star-inserted"/>
    <w:basedOn w:val="Numatytasispastraiposriftas"/>
    <w:rsid w:val="003B68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11266</Words>
  <Characters>6423</Characters>
  <Application>Microsoft Office Word</Application>
  <DocSecurity>0</DocSecurity>
  <Lines>53</Lines>
  <Paragraphs>35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17654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Ernestas Sinkus</cp:lastModifiedBy>
  <cp:revision>2</cp:revision>
  <dcterms:created xsi:type="dcterms:W3CDTF">2026-09-17T13:02:00Z</dcterms:created>
  <dcterms:modified xsi:type="dcterms:W3CDTF">2026-09-17T13:02:00Z</dcterms:modified>
  <cp:category/>
</cp:coreProperties>
</file>